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76559" w14:textId="14FD42F7" w:rsidR="003E6F26" w:rsidRPr="00DD1D6F" w:rsidRDefault="00303A92">
      <w:pPr>
        <w:pStyle w:val="Instrucciones"/>
        <w:rPr>
          <w:lang w:val="es-CO"/>
        </w:rPr>
      </w:pPr>
      <w:r>
        <w:rPr>
          <w:lang w:val="es-CO"/>
        </w:rPr>
        <w:t>C</w:t>
      </w:r>
      <w:r w:rsidRPr="00DD1D6F">
        <w:rPr>
          <w:lang w:val="es-CO"/>
        </w:rPr>
        <w:t>ampos obligatorios marcados con (*), casillas seleccionables y secciones duplicables para cada módulo. Para duplicar un módulo, copie y pegue todo el bloque “Ficha del Módulo”.</w:t>
      </w:r>
    </w:p>
    <w:p w14:paraId="47B7FC98" w14:textId="77777777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1. Información general del evento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6F26" w:rsidRPr="00DD1D6F" w14:paraId="430DABBF" w14:textId="77777777">
        <w:tc>
          <w:tcPr>
            <w:tcW w:w="4320" w:type="dxa"/>
          </w:tcPr>
          <w:p w14:paraId="78623752" w14:textId="3B0F39F3" w:rsidR="003E6F26" w:rsidRPr="00DD1D6F" w:rsidRDefault="00000000">
            <w:r w:rsidRPr="00DD1D6F">
              <w:t xml:space="preserve">Nombre del </w:t>
            </w:r>
            <w:r w:rsidR="0099317D" w:rsidRPr="00DD1D6F">
              <w:t>prog</w:t>
            </w:r>
            <w:r w:rsidR="00C667FB" w:rsidRPr="00DD1D6F">
              <w:t>rama</w:t>
            </w:r>
            <w:r w:rsidRPr="00DD1D6F">
              <w:t xml:space="preserve"> (*)</w:t>
            </w:r>
          </w:p>
        </w:tc>
        <w:sdt>
          <w:sdtPr>
            <w:id w:val="18123685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320" w:type="dxa"/>
              </w:tcPr>
              <w:p w14:paraId="6AF13867" w14:textId="47F274D8" w:rsidR="003E6F26" w:rsidRPr="00DD1D6F" w:rsidRDefault="00EE6FDB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08D53852" w14:textId="77777777">
        <w:tc>
          <w:tcPr>
            <w:tcW w:w="4320" w:type="dxa"/>
          </w:tcPr>
          <w:p w14:paraId="7E82A09D" w14:textId="43AEAA8F" w:rsidR="003E6F26" w:rsidRPr="00DD1D6F" w:rsidRDefault="00000000">
            <w:r w:rsidRPr="00DD1D6F">
              <w:t>Fecha (*)</w:t>
            </w:r>
          </w:p>
        </w:tc>
        <w:sdt>
          <w:sdtPr>
            <w:id w:val="11278461"/>
            <w:placeholder>
              <w:docPart w:val="DefaultPlaceholder_-1854013437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4320" w:type="dxa"/>
              </w:tcPr>
              <w:p w14:paraId="7458AC41" w14:textId="61BDE2EB" w:rsidR="003E6F26" w:rsidRPr="00DD1D6F" w:rsidRDefault="00EE6FDB">
                <w:r w:rsidRPr="00DD1D6F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  <w:tr w:rsidR="003E6F26" w:rsidRPr="00DD1D6F" w14:paraId="3715CAAB" w14:textId="77777777">
        <w:tc>
          <w:tcPr>
            <w:tcW w:w="4320" w:type="dxa"/>
          </w:tcPr>
          <w:p w14:paraId="76DE5B42" w14:textId="77777777" w:rsidR="003E6F26" w:rsidRPr="00DD1D6F" w:rsidRDefault="00000000">
            <w:r w:rsidRPr="00DD1D6F">
              <w:t>Proponente(s) (*)</w:t>
            </w:r>
          </w:p>
        </w:tc>
        <w:sdt>
          <w:sdtPr>
            <w:id w:val="-30793411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320" w:type="dxa"/>
              </w:tcPr>
              <w:p w14:paraId="4B5FD907" w14:textId="158DD836" w:rsidR="003E6F26" w:rsidRPr="00DD1D6F" w:rsidRDefault="00EE6FDB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0E945DE2" w14:textId="77777777">
        <w:tc>
          <w:tcPr>
            <w:tcW w:w="4320" w:type="dxa"/>
          </w:tcPr>
          <w:p w14:paraId="5A0CD5E4" w14:textId="77777777" w:rsidR="003E6F26" w:rsidRPr="00DD1D6F" w:rsidRDefault="00000000">
            <w:r w:rsidRPr="00DD1D6F">
              <w:t>Facultad / Área / Programas a los que aporta (*)</w:t>
            </w:r>
          </w:p>
        </w:tc>
        <w:sdt>
          <w:sdtPr>
            <w:id w:val="13035763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320" w:type="dxa"/>
              </w:tcPr>
              <w:p w14:paraId="39766884" w14:textId="608FBE8B" w:rsidR="003E6F26" w:rsidRPr="00DD1D6F" w:rsidRDefault="00EE6FDB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3BA5147A" w14:textId="77777777">
        <w:tc>
          <w:tcPr>
            <w:tcW w:w="4320" w:type="dxa"/>
          </w:tcPr>
          <w:p w14:paraId="6CE256FA" w14:textId="77777777" w:rsidR="003E6F26" w:rsidRPr="00DD1D6F" w:rsidRDefault="00000000">
            <w:r w:rsidRPr="00DD1D6F">
              <w:t>Duración estimada (horas) (*)</w:t>
            </w:r>
          </w:p>
        </w:tc>
        <w:sdt>
          <w:sdtPr>
            <w:id w:val="7987523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320" w:type="dxa"/>
              </w:tcPr>
              <w:p w14:paraId="422FB7A5" w14:textId="7AC55C16" w:rsidR="003E6F26" w:rsidRPr="00DD1D6F" w:rsidRDefault="00EE6FDB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70F5680" w14:textId="77777777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2. Clasificación del evento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5"/>
        <w:gridCol w:w="1718"/>
        <w:gridCol w:w="1713"/>
        <w:gridCol w:w="1718"/>
        <w:gridCol w:w="887"/>
        <w:gridCol w:w="879"/>
      </w:tblGrid>
      <w:tr w:rsidR="004A1043" w:rsidRPr="00DD1D6F" w14:paraId="50F7DBDC" w14:textId="3A891FCA" w:rsidTr="004A1043">
        <w:tc>
          <w:tcPr>
            <w:tcW w:w="1715" w:type="dxa"/>
          </w:tcPr>
          <w:p w14:paraId="32763F99" w14:textId="77777777" w:rsidR="004A1043" w:rsidRPr="00DD1D6F" w:rsidRDefault="004A1043">
            <w:r w:rsidRPr="00DD1D6F">
              <w:t>Tipo de evento</w:t>
            </w:r>
          </w:p>
        </w:tc>
        <w:sdt>
          <w:sdtPr>
            <w:id w:val="-103343363"/>
            <w:placeholder>
              <w:docPart w:val="3635F59D962C48DD9609B0554A85D33E"/>
            </w:placeholder>
            <w:showingPlcHdr/>
            <w:comboBox>
              <w:listItem w:displayText="No solidario" w:value="No solidario"/>
              <w:listItem w:displayText="Solidario" w:value="Solidario"/>
              <w:listItem w:displayText="Con gastos asumidos" w:value="Con gastos asumidos"/>
            </w:comboBox>
          </w:sdtPr>
          <w:sdtContent>
            <w:tc>
              <w:tcPr>
                <w:tcW w:w="1718" w:type="dxa"/>
              </w:tcPr>
              <w:p w14:paraId="7D7294EA" w14:textId="4DDDEC20" w:rsidR="004A1043" w:rsidRPr="00DD1D6F" w:rsidRDefault="004A1043">
                <w:r w:rsidRPr="00DD1D6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713" w:type="dxa"/>
          </w:tcPr>
          <w:p w14:paraId="2FC7C806" w14:textId="77777777" w:rsidR="004A1043" w:rsidRPr="00DD1D6F" w:rsidRDefault="004A1043">
            <w:r w:rsidRPr="00DD1D6F">
              <w:t>Clase</w:t>
            </w:r>
          </w:p>
        </w:tc>
        <w:sdt>
          <w:sdtPr>
            <w:rPr>
              <w:sz w:val="18"/>
              <w:szCs w:val="20"/>
            </w:rPr>
            <w:id w:val="-1521621947"/>
            <w:placeholder>
              <w:docPart w:val="DB717F1CF9754070BA96B704CB4E913C"/>
            </w:placeholder>
            <w:showingPlcHdr/>
            <w:comboBox>
              <w:listItem w:value="Elija un elemento."/>
              <w:listItem w:displayText="Diplomado" w:value="Diplomado"/>
              <w:listItem w:displayText="Seminario" w:value="Seminario"/>
              <w:listItem w:displayText="Conferencia" w:value="Conferencia"/>
              <w:listItem w:displayText="Foro" w:value="Foro"/>
              <w:listItem w:displayText="Conversatorio" w:value="Conversatorio"/>
              <w:listItem w:displayText="Simposio" w:value="Simposio"/>
              <w:listItem w:displayText="Curso" w:value="Curso"/>
              <w:listItem w:displayText="Taller" w:value="Taller"/>
              <w:listItem w:displayText="Congreso" w:value="Congreso"/>
              <w:listItem w:displayText="Encuentro" w:value="Encuentro"/>
              <w:listItem w:displayText="Otro" w:value="Otro"/>
            </w:comboBox>
          </w:sdtPr>
          <w:sdtContent>
            <w:tc>
              <w:tcPr>
                <w:tcW w:w="1718" w:type="dxa"/>
              </w:tcPr>
              <w:p w14:paraId="1E516121" w14:textId="142D5713" w:rsidR="004A1043" w:rsidRPr="00DD1D6F" w:rsidRDefault="006145B6">
                <w:r w:rsidRPr="00DD1D6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887" w:type="dxa"/>
          </w:tcPr>
          <w:p w14:paraId="3307E563" w14:textId="77777777" w:rsidR="004A1043" w:rsidRPr="00DD1D6F" w:rsidRDefault="004A1043">
            <w:r w:rsidRPr="00DD1D6F">
              <w:t>¿Cuál?</w:t>
            </w:r>
          </w:p>
        </w:tc>
        <w:sdt>
          <w:sdtPr>
            <w:id w:val="7693593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79" w:type="dxa"/>
              </w:tcPr>
              <w:p w14:paraId="39955230" w14:textId="2B9B6B34" w:rsidR="004A1043" w:rsidRPr="00DD1D6F" w:rsidRDefault="004A1043">
                <w:r w:rsidRPr="00DD1D6F">
                  <w:rPr>
                    <w:rStyle w:val="Textodelmarcadordeposicin"/>
                    <w:sz w:val="12"/>
                    <w:szCs w:val="12"/>
                  </w:rPr>
                  <w:t>Haga clic o pulse aquí para escribir texto.</w:t>
                </w:r>
              </w:p>
            </w:tc>
          </w:sdtContent>
        </w:sdt>
      </w:tr>
      <w:tr w:rsidR="004A1043" w:rsidRPr="00DD1D6F" w14:paraId="325BD22B" w14:textId="307ED20E" w:rsidTr="004A1043">
        <w:tc>
          <w:tcPr>
            <w:tcW w:w="1715" w:type="dxa"/>
          </w:tcPr>
          <w:p w14:paraId="4FBA590B" w14:textId="77777777" w:rsidR="004A1043" w:rsidRPr="00DD1D6F" w:rsidRDefault="004A1043">
            <w:r w:rsidRPr="00DD1D6F">
              <w:t>Campo del evento</w:t>
            </w:r>
          </w:p>
        </w:tc>
        <w:sdt>
          <w:sdtPr>
            <w:rPr>
              <w:sz w:val="16"/>
              <w:szCs w:val="18"/>
            </w:rPr>
            <w:id w:val="129286115"/>
            <w:placeholder>
              <w:docPart w:val="88B3C77008804C4A9007530D45B86648"/>
            </w:placeholder>
            <w:showingPlcHdr/>
            <w:comboBox>
              <w:listItem w:value="Elija un elemento."/>
              <w:listItem w:displayText="Ciencias Económicas " w:value="Ciencias Económicas "/>
              <w:listItem w:displayText="Salud" w:value="Salud"/>
              <w:listItem w:displayText="Ciencias Básicas" w:value="Ciencias Básicas"/>
              <w:listItem w:displayText="Ingeniería" w:value="Ingeniería"/>
              <w:listItem w:displayText="Educación" w:value="Educación"/>
              <w:listItem w:displayText="Derecho" w:value="Derecho"/>
              <w:listItem w:displayText="Humanidades y Artes" w:value="Humanidades y Artes"/>
              <w:listItem w:displayText="Bienestar Universitario" w:value="Bienestar Universitario"/>
              <w:listItem w:displayText="Investigaciones" w:value="Investigaciones"/>
              <w:listItem w:displayText="Otro" w:value="Otro"/>
            </w:comboBox>
          </w:sdtPr>
          <w:sdtContent>
            <w:tc>
              <w:tcPr>
                <w:tcW w:w="1718" w:type="dxa"/>
              </w:tcPr>
              <w:p w14:paraId="3AF6D7D5" w14:textId="61A1B167" w:rsidR="004A1043" w:rsidRPr="00DD1D6F" w:rsidRDefault="004A1043">
                <w:r w:rsidRPr="00DD1D6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713" w:type="dxa"/>
          </w:tcPr>
          <w:p w14:paraId="2AC2E23E" w14:textId="77777777" w:rsidR="004A1043" w:rsidRPr="00DD1D6F" w:rsidRDefault="004A1043">
            <w:r w:rsidRPr="00DD1D6F">
              <w:t>Tipo de oferta</w:t>
            </w:r>
          </w:p>
        </w:tc>
        <w:sdt>
          <w:sdtPr>
            <w:rPr>
              <w:sz w:val="16"/>
              <w:szCs w:val="18"/>
            </w:rPr>
            <w:id w:val="830332964"/>
            <w:placeholder>
              <w:docPart w:val="FAE2DBAF36464E91AC1957F34DE54849"/>
            </w:placeholder>
            <w:showingPlcHdr/>
            <w:comboBox>
              <w:listItem w:value="Elija un elemento."/>
              <w:listItem w:displayText="Opción de Grado" w:value="Opción de Grado"/>
              <w:listItem w:displayText="Abierto" w:value="Abierto"/>
              <w:listItem w:displayText="Convenio" w:value="Convenio"/>
              <w:listItem w:displayText="Otro" w:value="Otro"/>
            </w:comboBox>
          </w:sdtPr>
          <w:sdtContent>
            <w:tc>
              <w:tcPr>
                <w:tcW w:w="1718" w:type="dxa"/>
              </w:tcPr>
              <w:p w14:paraId="116E3287" w14:textId="1804008E" w:rsidR="004A1043" w:rsidRPr="00DD1D6F" w:rsidRDefault="004A1043">
                <w:r w:rsidRPr="00DD1D6F">
                  <w:rPr>
                    <w:rStyle w:val="Textodelmarcadordeposicin"/>
                    <w:sz w:val="24"/>
                    <w:szCs w:val="24"/>
                  </w:rPr>
                  <w:t>Elija un elemento.</w:t>
                </w:r>
              </w:p>
            </w:tc>
          </w:sdtContent>
        </w:sdt>
        <w:tc>
          <w:tcPr>
            <w:tcW w:w="887" w:type="dxa"/>
          </w:tcPr>
          <w:p w14:paraId="4B951BE4" w14:textId="77777777" w:rsidR="004A1043" w:rsidRPr="00DD1D6F" w:rsidRDefault="004A1043">
            <w:r w:rsidRPr="00DD1D6F">
              <w:t>¿Cuál?</w:t>
            </w:r>
          </w:p>
        </w:tc>
        <w:sdt>
          <w:sdtPr>
            <w:id w:val="-1370520898"/>
            <w:placeholder>
              <w:docPart w:val="FD84A2D327514E5EB347F92B6D006AF5"/>
            </w:placeholder>
            <w:showingPlcHdr/>
            <w:text/>
          </w:sdtPr>
          <w:sdtContent>
            <w:tc>
              <w:tcPr>
                <w:tcW w:w="879" w:type="dxa"/>
              </w:tcPr>
              <w:p w14:paraId="0C4D3C08" w14:textId="0D63D656" w:rsidR="004A1043" w:rsidRPr="00DD1D6F" w:rsidRDefault="004A1043">
                <w:r w:rsidRPr="00DD1D6F">
                  <w:rPr>
                    <w:rStyle w:val="Textodelmarcadordeposicin"/>
                    <w:sz w:val="12"/>
                    <w:szCs w:val="12"/>
                  </w:rPr>
                  <w:t>Haga clic o pulse aquí para escribir texto.</w:t>
                </w:r>
              </w:p>
            </w:tc>
          </w:sdtContent>
        </w:sdt>
      </w:tr>
    </w:tbl>
    <w:p w14:paraId="079A9B62" w14:textId="77777777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3. Perfil del participante</w:t>
      </w:r>
    </w:p>
    <w:p w14:paraId="5147B752" w14:textId="77777777" w:rsidR="003E6F26" w:rsidRPr="00DD1D6F" w:rsidRDefault="00000000">
      <w:r w:rsidRPr="00DD1D6F">
        <w:t xml:space="preserve">Nivel de formación requerido: </w:t>
      </w:r>
    </w:p>
    <w:p w14:paraId="1228D9CA" w14:textId="1FF713EC" w:rsidR="004A1043" w:rsidRPr="00DD1D6F" w:rsidRDefault="00000000">
      <w:sdt>
        <w:sdtPr>
          <w:id w:val="-1080136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60A5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Postgrado   </w:t>
      </w:r>
      <w:sdt>
        <w:sdtPr>
          <w:id w:val="1078713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60A5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Pregrado   </w:t>
      </w:r>
      <w:sdt>
        <w:sdtPr>
          <w:id w:val="858089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60A5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Tecnológico   </w:t>
      </w:r>
      <w:sdt>
        <w:sdtPr>
          <w:id w:val="-528648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1043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Técnico   </w:t>
      </w:r>
      <w:sdt>
        <w:sdtPr>
          <w:id w:val="-985011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1043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Estudiante   </w:t>
      </w:r>
      <w:sdt>
        <w:sdtPr>
          <w:id w:val="1862160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1043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No profesional   </w:t>
      </w:r>
    </w:p>
    <w:p w14:paraId="4750B1E2" w14:textId="6627710C" w:rsidR="003E6F26" w:rsidRPr="00DD1D6F" w:rsidRDefault="00000000">
      <w:sdt>
        <w:sdtPr>
          <w:id w:val="2087878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1043" w:rsidRPr="00DD1D6F">
            <w:rPr>
              <w:rFonts w:ascii="MS Gothic" w:eastAsia="MS Gothic" w:hAnsi="MS Gothic" w:hint="eastAsia"/>
            </w:rPr>
            <w:t>☐</w:t>
          </w:r>
        </w:sdtContent>
      </w:sdt>
      <w:r w:rsidR="004A1043" w:rsidRPr="00DD1D6F">
        <w:t xml:space="preserve"> Ninguno   ☐ Otro: ______</w:t>
      </w:r>
    </w:p>
    <w:p w14:paraId="7DC516EC" w14:textId="77777777" w:rsidR="003E6F26" w:rsidRPr="00DD1D6F" w:rsidRDefault="00000000">
      <w:r w:rsidRPr="00DD1D6F">
        <w:t>Conocimientos previos (si aplica):</w:t>
      </w:r>
    </w:p>
    <w:sdt>
      <w:sdtPr>
        <w:id w:val="-1358735182"/>
        <w:placeholder>
          <w:docPart w:val="DefaultPlaceholder_-1854013440"/>
        </w:placeholder>
        <w:showingPlcHdr/>
        <w:text/>
      </w:sdtPr>
      <w:sdtContent>
        <w:p w14:paraId="51998D4D" w14:textId="7F45E39B" w:rsidR="001060A5" w:rsidRPr="00DD1D6F" w:rsidRDefault="001060A5">
          <w:r w:rsidRPr="00DD1D6F">
            <w:rPr>
              <w:rStyle w:val="Textodelmarcadordeposicin"/>
            </w:rPr>
            <w:t>Haga clic o pulse aquí para escribir texto.</w:t>
          </w:r>
        </w:p>
      </w:sdtContent>
    </w:sdt>
    <w:p w14:paraId="50FDA101" w14:textId="77777777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4. Modalidad y sede</w:t>
      </w:r>
    </w:p>
    <w:p w14:paraId="2D168CB7" w14:textId="0A993F6A" w:rsidR="003E6F26" w:rsidRPr="00DD1D6F" w:rsidRDefault="00000000">
      <w:r w:rsidRPr="00DD1D6F">
        <w:t xml:space="preserve">Modalidad: </w:t>
      </w:r>
      <w:sdt>
        <w:sdtPr>
          <w:id w:val="-7299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441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Presencial </w:t>
      </w:r>
      <w:r w:rsidR="00B94411" w:rsidRPr="00DD1D6F">
        <w:t xml:space="preserve">   </w:t>
      </w:r>
      <w:sdt>
        <w:sdtPr>
          <w:id w:val="-1625529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1A5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</w:t>
      </w:r>
      <w:proofErr w:type="spellStart"/>
      <w:r w:rsidR="00B94411" w:rsidRPr="00DD1D6F">
        <w:t>Presencial</w:t>
      </w:r>
      <w:proofErr w:type="spellEnd"/>
      <w:r w:rsidR="00B94411" w:rsidRPr="00DD1D6F">
        <w:t xml:space="preserve"> con apoyo en T</w:t>
      </w:r>
      <w:r w:rsidR="0097130C" w:rsidRPr="00DD1D6F">
        <w:t>IC</w:t>
      </w:r>
      <w:r w:rsidRPr="00DD1D6F">
        <w:t xml:space="preserve"> </w:t>
      </w:r>
      <w:sdt>
        <w:sdtPr>
          <w:id w:val="467406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441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Virtual   </w:t>
      </w:r>
      <w:sdt>
        <w:sdtPr>
          <w:id w:val="1678072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441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>Mixta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E6F26" w:rsidRPr="00DD1D6F" w14:paraId="789E979B" w14:textId="77777777">
        <w:tc>
          <w:tcPr>
            <w:tcW w:w="2880" w:type="dxa"/>
          </w:tcPr>
          <w:p w14:paraId="55210ACB" w14:textId="6B8D6174" w:rsidR="003E6F26" w:rsidRPr="00DD1D6F" w:rsidRDefault="00000000">
            <w:proofErr w:type="gramStart"/>
            <w:r w:rsidRPr="00DD1D6F">
              <w:t>Sede</w:t>
            </w:r>
            <w:r w:rsidR="00AB77F3" w:rsidRPr="00DD1D6F">
              <w:t xml:space="preserve">  (</w:t>
            </w:r>
            <w:proofErr w:type="gramEnd"/>
            <w:r w:rsidR="00AB77F3" w:rsidRPr="00DD1D6F">
              <w:t>*)</w:t>
            </w:r>
          </w:p>
        </w:tc>
        <w:sdt>
          <w:sdtPr>
            <w:rPr>
              <w:szCs w:val="24"/>
            </w:rPr>
            <w:id w:val="430792477"/>
            <w:placeholder>
              <w:docPart w:val="232BA38E4A964277AC72AD256AFF1607"/>
            </w:placeholder>
            <w:showingPlcHdr/>
            <w:comboBox>
              <w:listItem w:value="Elija un elemento."/>
              <w:listItem w:displayText="Pampalinda" w:value="Pampalinda"/>
              <w:listItem w:displayText="Centro" w:value="Centro"/>
              <w:listItem w:displayText="Palmira" w:value="Palmira"/>
              <w:listItem w:displayText="Otro" w:value="Otro"/>
            </w:comboBox>
          </w:sdtPr>
          <w:sdtContent>
            <w:tc>
              <w:tcPr>
                <w:tcW w:w="2880" w:type="dxa"/>
              </w:tcPr>
              <w:p w14:paraId="6FA7DE11" w14:textId="5D9FFE54" w:rsidR="003E6F26" w:rsidRPr="00DD1D6F" w:rsidRDefault="00D75F9A">
                <w:r w:rsidRPr="00DD1D6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880" w:type="dxa"/>
          </w:tcPr>
          <w:p w14:paraId="15FF2797" w14:textId="0D352659" w:rsidR="003E6F26" w:rsidRPr="00DD1D6F" w:rsidRDefault="00000000">
            <w:r w:rsidRPr="00DD1D6F">
              <w:t>Lugar específico</w:t>
            </w:r>
            <w:r w:rsidR="0019575F" w:rsidRPr="00DD1D6F">
              <w:t>:</w:t>
            </w:r>
          </w:p>
        </w:tc>
      </w:tr>
      <w:tr w:rsidR="003E6F26" w:rsidRPr="00DD1D6F" w14:paraId="2C35BD4D" w14:textId="77777777">
        <w:tc>
          <w:tcPr>
            <w:tcW w:w="2880" w:type="dxa"/>
          </w:tcPr>
          <w:p w14:paraId="772B07A5" w14:textId="5A1666DE" w:rsidR="003E6F26" w:rsidRPr="00DD1D6F" w:rsidRDefault="00000000">
            <w:r w:rsidRPr="00DD1D6F">
              <w:t>ODS asociado</w:t>
            </w:r>
            <w:r w:rsidR="00AB77F3" w:rsidRPr="00DD1D6F">
              <w:t xml:space="preserve"> (*)</w:t>
            </w:r>
          </w:p>
        </w:tc>
        <w:sdt>
          <w:sdtPr>
            <w:rPr>
              <w:sz w:val="18"/>
              <w:szCs w:val="18"/>
            </w:rPr>
            <w:id w:val="2069994877"/>
            <w:placeholder>
              <w:docPart w:val="7020FE02F3C54DA78325DD5CB16C4D36"/>
            </w:placeholder>
            <w:showingPlcHdr/>
            <w:comboBox>
              <w:listItem w:value="Elija un elemento."/>
              <w:listItem w:displayText="Objetivo 1: Poner fin a la pobreza en todas sus formas en todo el mundo" w:value="Objetivo 1: Poner fin a la pobreza en todas sus formas en todo el mundo"/>
              <w:listItem w:displayText="Objetivo 2: Poner fin al hambre, lograr la seguridad alimentaria y la mejora de la nutrición y promover la agricultura sostenible" w:value="Objetivo 2: Poner fin al hambre, lograr la seguridad alimentaria y la mejora de la nutrición y promover la agricultura sostenible"/>
              <w:listItem w:displayText="Objetivo 3: Garantizar una vida sana y promover el bienestar para todos en todas las edades" w:value="Objetivo 3: Garantizar una vida sana y promover el bienestar para todos en todas las edades"/>
              <w:listItem w:displayText="Objetivo 4: Garantizar una educación inclusiva, equitativa y de calidad y promover oportunidades de aprendizaje durante toda la vida para todos" w:value="Objetivo 4: Garantizar una educación inclusiva, equitativa y de calidad y promover oportunidades de aprendizaje durante toda la vida para todos"/>
              <w:listItem w:displayText="Objetivo 5: Lograr la igualdad entre los géneros." w:value="Objetivo 5: Lograr la igualdad entre los géneros."/>
              <w:listItem w:displayText="Objetivo 6: Garantizar la disponibilidad de agua y su gestión sostenible y el saneamiento para todos" w:value="Objetivo 6: Garantizar la disponibilidad de agua y su gestión sostenible y el saneamiento para todos"/>
              <w:listItem w:displayText="Objetivo 7: Garantizar el acceso a una energía asequible, segura, sostenible y moderna para todos" w:value="Objetivo 7: Garantizar el acceso a una energía asequible, segura, sostenible y moderna para todos"/>
              <w:listItem w:displayText="Objetivo 8: Promover el crecimiento económico sostenido, inclusivo y sostenible, el empleo pleno y productivo y el trabajo decente para todos" w:value="Objetivo 8: Promover el crecimiento económico sostenido, inclusivo y sostenible, el empleo pleno y productivo y el trabajo decente para todos"/>
              <w:listItem w:displayText="Objetivo 9: Construir infraestructuras resilientes, promover la industrialización inclusiva y sostenible y fomentar la innovación" w:value="Objetivo 9: Construir infraestructuras resilientes, promover la industrialización inclusiva y sostenible y fomentar la innovación"/>
              <w:listItem w:displayText="Objetivo 10: Reducir la desigualdad en y entre los países" w:value="Objetivo 10: Reducir la desigualdad en y entre los países"/>
              <w:listItem w:displayText="Objetivo 11: Lograr que las ciudades y los asentamientos humanos sean inclusivos, seguros, resilientes y sostenibles" w:value="Objetivo 11: Lograr que las ciudades y los asentamientos humanos sean inclusivos, seguros, resilientes y sostenibles"/>
              <w:listItem w:displayText="Objetivo 12: Garantizar modalidades de consumo y producción sostenible" w:value="Objetivo 12: Garantizar modalidades de consumo y producción sostenible"/>
              <w:listItem w:displayText="Objetivo 13: Adoptar medidas urgentes para combatir el cambio climático y sus efectos" w:value="Objetivo 13: Adoptar medidas urgentes para combatir el cambio climático y sus efectos"/>
              <w:listItem w:displayText="Objetivo 14: Conservar y utilizar de forma sostenible los océanos, los mares y los recursos marinos para el desarrollo sostenible" w:value="Objetivo 14: Conservar y utilizar de forma sostenible los océanos, los mares y los recursos marinos para el desarrollo sostenible"/>
              <w:listItem w:displayText="Objetivo 15: Proteger, restablecer y promover el uso sostenible de los ecosistemas terrestres, gestionar los bosques de forma sostenible, luchar contra la desertificación, detener e invertir la degradación de las tierras y poner freno a la pérdida de la di" w:value="Objetivo 15: Proteger, restablecer y promover el uso sostenible de los ecosistemas terrestres, gestionar los bosques de forma sostenible, luchar contra la desertificación, detener e invertir la degradación de las tierras y poner freno a la pérdida de la di"/>
              <w:listItem w:displayText="Objetivo 16: Promover sociedades pacíficas e inclusivas para el desarrollo sostenible, facilitar el acceso a la justicia para todos y crear instituciones eficaces, responsables e inclusivas a todos los niveles" w:value="Objetivo 16: Promover sociedades pacíficas e inclusivas para el desarrollo sostenible, facilitar el acceso a la justicia para todos y crear instituciones eficaces, responsables e inclusivas a todos los niveles"/>
              <w:listItem w:displayText="Objetivo 17: Fortalecer los medios de ejecución y revitalizar la Alianza Mundial para el Desarrollo Sostenible" w:value="Objetivo 17: Fortalecer los medios de ejecución y revitalizar la Alianza Mundial para el Desarrollo Sostenible"/>
            </w:comboBox>
          </w:sdtPr>
          <w:sdtContent>
            <w:tc>
              <w:tcPr>
                <w:tcW w:w="2880" w:type="dxa"/>
              </w:tcPr>
              <w:p w14:paraId="48D14C56" w14:textId="267C67E1" w:rsidR="003E6F26" w:rsidRPr="00DD1D6F" w:rsidRDefault="001060A5">
                <w:r w:rsidRPr="00DD1D6F">
                  <w:rPr>
                    <w:rStyle w:val="Textodelmarcadordeposicin"/>
                    <w:sz w:val="24"/>
                    <w:szCs w:val="24"/>
                  </w:rPr>
                  <w:t>Elija un elemento.</w:t>
                </w:r>
              </w:p>
            </w:tc>
          </w:sdtContent>
        </w:sdt>
        <w:sdt>
          <w:sdtPr>
            <w:id w:val="-199424998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880" w:type="dxa"/>
              </w:tcPr>
              <w:p w14:paraId="206A61C6" w14:textId="3DF3662B" w:rsidR="003E6F26" w:rsidRPr="00DD1D6F" w:rsidRDefault="0019575F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11DFD9CD" w14:textId="77777777" w:rsidR="00033B3C" w:rsidRPr="00DD1D6F" w:rsidRDefault="00033B3C">
      <w:pPr>
        <w:pStyle w:val="EncabezadoSeccion"/>
        <w:rPr>
          <w:lang w:val="es-CO"/>
        </w:rPr>
      </w:pPr>
    </w:p>
    <w:p w14:paraId="24ABFAAE" w14:textId="604EAB4E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 xml:space="preserve">5. </w:t>
      </w:r>
      <w:r w:rsidR="007C0A61" w:rsidRPr="00DD1D6F">
        <w:rPr>
          <w:lang w:val="es-CO"/>
        </w:rPr>
        <w:t>Justificación (</w:t>
      </w:r>
      <w:r w:rsidR="00AB77F3" w:rsidRPr="00DD1D6F">
        <w:rPr>
          <w:lang w:val="es-CO"/>
        </w:rPr>
        <w:t>*)</w:t>
      </w:r>
    </w:p>
    <w:sdt>
      <w:sdtPr>
        <w:rPr>
          <w:lang w:val="es-CO"/>
        </w:rPr>
        <w:id w:val="1794012209"/>
        <w:placeholder>
          <w:docPart w:val="DefaultPlaceholder_-1854013440"/>
        </w:placeholder>
        <w:showingPlcHdr/>
        <w:text/>
      </w:sdtPr>
      <w:sdtContent>
        <w:p w14:paraId="18A7FDCA" w14:textId="692763EF" w:rsidR="00815751" w:rsidRPr="00DD1D6F" w:rsidRDefault="00815751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2"/>
              <w:szCs w:val="18"/>
              <w:lang w:val="es-CO"/>
            </w:rPr>
            <w:t>Haga clic o pulse aquí para escribir texto.</w:t>
          </w:r>
        </w:p>
      </w:sdtContent>
    </w:sdt>
    <w:p w14:paraId="070012A6" w14:textId="7FC843EE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 xml:space="preserve">6. Objetivo </w:t>
      </w:r>
      <w:r w:rsidR="007C0A61" w:rsidRPr="00DD1D6F">
        <w:rPr>
          <w:lang w:val="es-CO"/>
        </w:rPr>
        <w:t>general (</w:t>
      </w:r>
      <w:r w:rsidR="00AB77F3" w:rsidRPr="00DD1D6F">
        <w:rPr>
          <w:lang w:val="es-CO"/>
        </w:rPr>
        <w:t>*)</w:t>
      </w:r>
    </w:p>
    <w:sdt>
      <w:sdtPr>
        <w:rPr>
          <w:lang w:val="es-CO"/>
        </w:rPr>
        <w:id w:val="2081250878"/>
        <w:placeholder>
          <w:docPart w:val="DefaultPlaceholder_-1854013440"/>
        </w:placeholder>
        <w:showingPlcHdr/>
        <w:text/>
      </w:sdtPr>
      <w:sdtContent>
        <w:p w14:paraId="152E7F30" w14:textId="5CAFF3B3" w:rsidR="00815751" w:rsidRPr="00DD1D6F" w:rsidRDefault="00815751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2"/>
              <w:szCs w:val="18"/>
              <w:lang w:val="es-CO"/>
            </w:rPr>
            <w:t>Haga clic o pulse aquí para escribir texto.</w:t>
          </w:r>
        </w:p>
      </w:sdtContent>
    </w:sdt>
    <w:p w14:paraId="07E9BD16" w14:textId="5B66A70D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 xml:space="preserve">7. Objetivos </w:t>
      </w:r>
      <w:r w:rsidR="007C0A61" w:rsidRPr="00DD1D6F">
        <w:rPr>
          <w:lang w:val="es-CO"/>
        </w:rPr>
        <w:t>específicos (</w:t>
      </w:r>
      <w:r w:rsidR="00AB77F3" w:rsidRPr="00DD1D6F">
        <w:rPr>
          <w:lang w:val="es-CO"/>
        </w:rPr>
        <w:t>*)</w:t>
      </w:r>
    </w:p>
    <w:sdt>
      <w:sdtPr>
        <w:rPr>
          <w:lang w:val="es-CO"/>
        </w:rPr>
        <w:id w:val="341213421"/>
        <w:placeholder>
          <w:docPart w:val="DefaultPlaceholder_-1854013440"/>
        </w:placeholder>
        <w:showingPlcHdr/>
        <w:text/>
      </w:sdtPr>
      <w:sdtContent>
        <w:p w14:paraId="292AE960" w14:textId="36D9C89F" w:rsidR="00815751" w:rsidRPr="00DD1D6F" w:rsidRDefault="00815751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2"/>
              <w:szCs w:val="18"/>
              <w:lang w:val="es-CO"/>
            </w:rPr>
            <w:t>Haga clic o pulse aquí para escribir texto.</w:t>
          </w:r>
        </w:p>
      </w:sdtContent>
    </w:sdt>
    <w:p w14:paraId="0DF35B12" w14:textId="40CA04C1" w:rsidR="003E6F26" w:rsidRPr="00DD1D6F" w:rsidRDefault="00000000" w:rsidP="00815751">
      <w:pPr>
        <w:pStyle w:val="EncabezadoSeccion"/>
        <w:rPr>
          <w:lang w:val="es-CO"/>
        </w:rPr>
      </w:pPr>
      <w:r w:rsidRPr="00DD1D6F">
        <w:rPr>
          <w:lang w:val="es-CO"/>
        </w:rPr>
        <w:t xml:space="preserve">8. Competencias a </w:t>
      </w:r>
      <w:r w:rsidR="007C0A61" w:rsidRPr="00DD1D6F">
        <w:rPr>
          <w:lang w:val="es-CO"/>
        </w:rPr>
        <w:t>desarrollar (</w:t>
      </w:r>
      <w:r w:rsidR="00AB77F3" w:rsidRPr="00DD1D6F">
        <w:rPr>
          <w:lang w:val="es-CO"/>
        </w:rPr>
        <w:t>*)</w:t>
      </w:r>
    </w:p>
    <w:sdt>
      <w:sdtPr>
        <w:rPr>
          <w:lang w:val="es-CO"/>
        </w:rPr>
        <w:id w:val="-1129312323"/>
        <w:placeholder>
          <w:docPart w:val="DefaultPlaceholder_-1854013440"/>
        </w:placeholder>
        <w:showingPlcHdr/>
        <w:text/>
      </w:sdtPr>
      <w:sdtContent>
        <w:p w14:paraId="5704DCF4" w14:textId="0B99E939" w:rsidR="00815751" w:rsidRPr="00DD1D6F" w:rsidRDefault="00815751" w:rsidP="00815751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2"/>
              <w:szCs w:val="18"/>
              <w:lang w:val="es-CO"/>
            </w:rPr>
            <w:t>Haga clic o pulse aquí para escribir texto.</w:t>
          </w:r>
        </w:p>
      </w:sdtContent>
    </w:sdt>
    <w:p w14:paraId="4BF98B58" w14:textId="5182F6E8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 xml:space="preserve">9. Población </w:t>
      </w:r>
      <w:r w:rsidR="007C0A61" w:rsidRPr="00DD1D6F">
        <w:rPr>
          <w:lang w:val="es-CO"/>
        </w:rPr>
        <w:t>objetivo (</w:t>
      </w:r>
      <w:r w:rsidR="00AB77F3" w:rsidRPr="00DD1D6F">
        <w:rPr>
          <w:lang w:val="es-CO"/>
        </w:rPr>
        <w:t>*)</w:t>
      </w:r>
    </w:p>
    <w:sdt>
      <w:sdtPr>
        <w:rPr>
          <w:lang w:val="es-CO"/>
        </w:rPr>
        <w:id w:val="1883286143"/>
        <w:placeholder>
          <w:docPart w:val="DefaultPlaceholder_-1854013440"/>
        </w:placeholder>
        <w:showingPlcHdr/>
        <w:text/>
      </w:sdtPr>
      <w:sdtContent>
        <w:p w14:paraId="3F638596" w14:textId="2BBFF542" w:rsidR="003E6F26" w:rsidRPr="00DD1D6F" w:rsidRDefault="00815751" w:rsidP="00815751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2"/>
              <w:szCs w:val="18"/>
              <w:lang w:val="es-CO"/>
            </w:rPr>
            <w:t>Haga clic o pulse aquí para escribir texto.</w:t>
          </w:r>
        </w:p>
      </w:sdtContent>
    </w:sdt>
    <w:p w14:paraId="5020F123" w14:textId="77777777" w:rsidR="004A189E" w:rsidRDefault="004A189E">
      <w:pPr>
        <w:pStyle w:val="EncabezadoSeccion"/>
        <w:rPr>
          <w:lang w:val="es-CO"/>
        </w:rPr>
      </w:pPr>
    </w:p>
    <w:p w14:paraId="2CAA17C4" w14:textId="77777777" w:rsidR="004A189E" w:rsidRDefault="004A189E">
      <w:pPr>
        <w:pStyle w:val="EncabezadoSeccion"/>
        <w:rPr>
          <w:lang w:val="es-CO"/>
        </w:rPr>
      </w:pPr>
    </w:p>
    <w:p w14:paraId="093D345F" w14:textId="77777777" w:rsidR="004A189E" w:rsidRDefault="004A189E">
      <w:pPr>
        <w:pStyle w:val="EncabezadoSeccion"/>
        <w:rPr>
          <w:lang w:val="es-CO"/>
        </w:rPr>
      </w:pPr>
    </w:p>
    <w:p w14:paraId="32CFE116" w14:textId="77777777" w:rsidR="004A189E" w:rsidRDefault="004A189E">
      <w:pPr>
        <w:pStyle w:val="EncabezadoSeccion"/>
        <w:rPr>
          <w:lang w:val="es-CO"/>
        </w:rPr>
      </w:pPr>
    </w:p>
    <w:p w14:paraId="13D12C10" w14:textId="77777777" w:rsidR="004A189E" w:rsidRDefault="004A189E">
      <w:pPr>
        <w:pStyle w:val="EncabezadoSeccion"/>
        <w:rPr>
          <w:lang w:val="es-CO"/>
        </w:rPr>
      </w:pPr>
    </w:p>
    <w:p w14:paraId="7D3292DD" w14:textId="77777777" w:rsidR="004A189E" w:rsidRDefault="004A189E">
      <w:pPr>
        <w:pStyle w:val="EncabezadoSeccion"/>
        <w:rPr>
          <w:lang w:val="es-CO"/>
        </w:rPr>
      </w:pPr>
    </w:p>
    <w:p w14:paraId="623AE785" w14:textId="77777777" w:rsidR="004A189E" w:rsidRDefault="004A189E">
      <w:pPr>
        <w:pStyle w:val="EncabezadoSeccion"/>
        <w:rPr>
          <w:lang w:val="es-CO"/>
        </w:rPr>
      </w:pPr>
    </w:p>
    <w:p w14:paraId="6808A46E" w14:textId="18391DDA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10. Estructura académica (duplicar este bloque por cada módulo)</w:t>
      </w:r>
      <w:r w:rsidR="00AB77F3" w:rsidRPr="00DD1D6F">
        <w:rPr>
          <w:lang w:val="es-CO"/>
        </w:rPr>
        <w:t xml:space="preserve"> (*)</w:t>
      </w:r>
    </w:p>
    <w:p w14:paraId="2E99011B" w14:textId="4293D274" w:rsidR="003E6F26" w:rsidRPr="00DD1D6F" w:rsidRDefault="00000000">
      <w:pPr>
        <w:pStyle w:val="Instrucciones"/>
        <w:rPr>
          <w:lang w:val="es-CO"/>
        </w:rPr>
      </w:pPr>
      <w:r w:rsidRPr="00DD1D6F">
        <w:rPr>
          <w:lang w:val="es-CO"/>
        </w:rPr>
        <w:t>Sugerencia: Seleccione desde "FICHA DEL MÓDULO" hasta "</w:t>
      </w:r>
      <w:r w:rsidR="00F61862" w:rsidRPr="00F61862">
        <w:rPr>
          <w:lang w:val="es-CO"/>
        </w:rPr>
        <w:t>Documentos aportados</w:t>
      </w:r>
      <w:r w:rsidRPr="00DD1D6F">
        <w:rPr>
          <w:lang w:val="es-CO"/>
        </w:rPr>
        <w:t>" y duplique para crear más módulos.</w:t>
      </w:r>
    </w:p>
    <w:p w14:paraId="3ECC26ED" w14:textId="65D2C76F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FICHA DEL MÓDULO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964"/>
        <w:gridCol w:w="4962"/>
      </w:tblGrid>
      <w:tr w:rsidR="003E6F26" w:rsidRPr="00DD1D6F" w14:paraId="16C24DD2" w14:textId="77777777" w:rsidTr="00815751">
        <w:tc>
          <w:tcPr>
            <w:tcW w:w="3964" w:type="dxa"/>
          </w:tcPr>
          <w:p w14:paraId="38FE1BD4" w14:textId="77777777" w:rsidR="003E6F26" w:rsidRPr="00DD1D6F" w:rsidRDefault="00000000">
            <w:r w:rsidRPr="00DD1D6F">
              <w:t>Nombre del módulo (*)</w:t>
            </w:r>
          </w:p>
        </w:tc>
        <w:sdt>
          <w:sdtPr>
            <w:id w:val="-6034181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077E63AB" w14:textId="1CE33B0E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482CB14F" w14:textId="77777777" w:rsidTr="00815751">
        <w:tc>
          <w:tcPr>
            <w:tcW w:w="3964" w:type="dxa"/>
          </w:tcPr>
          <w:p w14:paraId="37303BB2" w14:textId="6950BD19" w:rsidR="003E6F26" w:rsidRPr="00DD1D6F" w:rsidRDefault="00F61862">
            <w:r w:rsidRPr="00DD1D6F">
              <w:t>Tema (</w:t>
            </w:r>
            <w:r w:rsidR="00A6401A" w:rsidRPr="00DD1D6F">
              <w:t>*)</w:t>
            </w:r>
          </w:p>
        </w:tc>
        <w:sdt>
          <w:sdtPr>
            <w:id w:val="-2677771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506EDD4D" w14:textId="08D9AC29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1B61E7E8" w14:textId="77777777" w:rsidTr="00815751">
        <w:tc>
          <w:tcPr>
            <w:tcW w:w="3964" w:type="dxa"/>
          </w:tcPr>
          <w:p w14:paraId="759AF179" w14:textId="77777777" w:rsidR="003E6F26" w:rsidRPr="00DD1D6F" w:rsidRDefault="00000000">
            <w:r w:rsidRPr="00DD1D6F">
              <w:t>Subtemas</w:t>
            </w:r>
          </w:p>
        </w:tc>
        <w:sdt>
          <w:sdtPr>
            <w:id w:val="17253409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542E9DA0" w14:textId="3F8BBA68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68D24207" w14:textId="77777777" w:rsidTr="00815751">
        <w:tc>
          <w:tcPr>
            <w:tcW w:w="3964" w:type="dxa"/>
          </w:tcPr>
          <w:p w14:paraId="160A6E86" w14:textId="6761435F" w:rsidR="003E6F26" w:rsidRPr="00DD1D6F" w:rsidRDefault="00F61862">
            <w:r w:rsidRPr="00DD1D6F">
              <w:t>Metodología (</w:t>
            </w:r>
            <w:r w:rsidR="00A6401A" w:rsidRPr="00DD1D6F">
              <w:t>*)</w:t>
            </w:r>
          </w:p>
        </w:tc>
        <w:sdt>
          <w:sdtPr>
            <w:id w:val="-11445910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293EC9D9" w14:textId="74495B88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2E12E2EB" w14:textId="77777777" w:rsidTr="00815751">
        <w:tc>
          <w:tcPr>
            <w:tcW w:w="3964" w:type="dxa"/>
          </w:tcPr>
          <w:p w14:paraId="653BE939" w14:textId="77777777" w:rsidR="003E6F26" w:rsidRPr="00DD1D6F" w:rsidRDefault="00000000">
            <w:r w:rsidRPr="00DD1D6F">
              <w:t>Duración (horas) (*)</w:t>
            </w:r>
          </w:p>
        </w:tc>
        <w:sdt>
          <w:sdtPr>
            <w:id w:val="39834104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466F1203" w14:textId="54AF293B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52517EB1" w14:textId="77777777" w:rsidTr="00815751">
        <w:tc>
          <w:tcPr>
            <w:tcW w:w="3964" w:type="dxa"/>
          </w:tcPr>
          <w:p w14:paraId="25982571" w14:textId="2B7D5A94" w:rsidR="003E6F26" w:rsidRPr="00DD1D6F" w:rsidRDefault="00000000">
            <w:r w:rsidRPr="00DD1D6F">
              <w:t xml:space="preserve">Fecha de </w:t>
            </w:r>
            <w:r w:rsidR="00F61862" w:rsidRPr="00DD1D6F">
              <w:t>realización (</w:t>
            </w:r>
            <w:r w:rsidR="00A6401A" w:rsidRPr="00DD1D6F">
              <w:t>*)</w:t>
            </w:r>
          </w:p>
        </w:tc>
        <w:sdt>
          <w:sdtPr>
            <w:id w:val="-17336841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58E1323F" w14:textId="6E56E172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38E97E34" w14:textId="77777777" w:rsidTr="00815751">
        <w:tc>
          <w:tcPr>
            <w:tcW w:w="3964" w:type="dxa"/>
          </w:tcPr>
          <w:p w14:paraId="1B76240B" w14:textId="11AEAB44" w:rsidR="003E6F26" w:rsidRPr="00DD1D6F" w:rsidRDefault="00000000">
            <w:r w:rsidRPr="00DD1D6F">
              <w:t xml:space="preserve">Tipo de </w:t>
            </w:r>
            <w:r w:rsidR="00F61862" w:rsidRPr="00DD1D6F">
              <w:t>modulo (</w:t>
            </w:r>
            <w:r w:rsidR="00A6401A" w:rsidRPr="00DD1D6F">
              <w:t>*)</w:t>
            </w:r>
          </w:p>
        </w:tc>
        <w:tc>
          <w:tcPr>
            <w:tcW w:w="4962" w:type="dxa"/>
          </w:tcPr>
          <w:p w14:paraId="1E518860" w14:textId="5DCE19F9" w:rsidR="003E6F26" w:rsidRPr="00DD1D6F" w:rsidRDefault="00000000">
            <w:sdt>
              <w:sdtPr>
                <w:id w:val="-37193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Teórico   </w:t>
            </w:r>
            <w:sdt>
              <w:sdtPr>
                <w:id w:val="-53789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Práctico   </w:t>
            </w:r>
            <w:sdt>
              <w:sdtPr>
                <w:id w:val="172625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Teórico–Práctico</w:t>
            </w:r>
          </w:p>
        </w:tc>
      </w:tr>
      <w:tr w:rsidR="003E6F26" w:rsidRPr="00DD1D6F" w14:paraId="33086307" w14:textId="77777777" w:rsidTr="00815751">
        <w:tc>
          <w:tcPr>
            <w:tcW w:w="3964" w:type="dxa"/>
          </w:tcPr>
          <w:p w14:paraId="709B54A0" w14:textId="77777777" w:rsidR="003E6F26" w:rsidRPr="00DD1D6F" w:rsidRDefault="00000000">
            <w:r w:rsidRPr="00DD1D6F">
              <w:t>Docente (nombre, identificación, contacto, formación) (*)</w:t>
            </w:r>
          </w:p>
        </w:tc>
        <w:sdt>
          <w:sdtPr>
            <w:id w:val="-56125622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120A5FC2" w14:textId="54EF4EB9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5B2E4EED" w14:textId="77777777" w:rsidTr="00815751">
        <w:tc>
          <w:tcPr>
            <w:tcW w:w="3964" w:type="dxa"/>
          </w:tcPr>
          <w:p w14:paraId="63CBDD4E" w14:textId="5B3470D0" w:rsidR="003E6F26" w:rsidRPr="00DD1D6F" w:rsidRDefault="00000000">
            <w:r w:rsidRPr="00DD1D6F">
              <w:t xml:space="preserve">Criterios de selección / </w:t>
            </w:r>
            <w:r w:rsidR="00F61862" w:rsidRPr="00DD1D6F">
              <w:t>experiencia (</w:t>
            </w:r>
            <w:r w:rsidR="00A6401A" w:rsidRPr="00DD1D6F">
              <w:t>*)</w:t>
            </w:r>
          </w:p>
        </w:tc>
        <w:sdt>
          <w:sdtPr>
            <w:id w:val="-101075244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1EF5EA68" w14:textId="1141C07B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09E19DD4" w14:textId="77777777" w:rsidTr="00815751">
        <w:tc>
          <w:tcPr>
            <w:tcW w:w="3964" w:type="dxa"/>
          </w:tcPr>
          <w:p w14:paraId="1A96CE50" w14:textId="77777777" w:rsidR="003E6F26" w:rsidRPr="00DD1D6F" w:rsidRDefault="00000000">
            <w:r w:rsidRPr="00DD1D6F">
              <w:t>Observaciones</w:t>
            </w:r>
          </w:p>
        </w:tc>
        <w:sdt>
          <w:sdtPr>
            <w:id w:val="-191863239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962" w:type="dxa"/>
              </w:tcPr>
              <w:p w14:paraId="2675A257" w14:textId="7CFBB505" w:rsidR="003E6F26" w:rsidRPr="00DD1D6F" w:rsidRDefault="00815751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70C0C942" w14:textId="77777777" w:rsidTr="00815751">
        <w:tc>
          <w:tcPr>
            <w:tcW w:w="3964" w:type="dxa"/>
          </w:tcPr>
          <w:p w14:paraId="2F7086AA" w14:textId="5EF70F00" w:rsidR="003E6F26" w:rsidRPr="00DD1D6F" w:rsidRDefault="00000000">
            <w:r w:rsidRPr="00DD1D6F">
              <w:t xml:space="preserve">Documentos </w:t>
            </w:r>
            <w:r w:rsidR="00F61862" w:rsidRPr="00DD1D6F">
              <w:t>aportados (</w:t>
            </w:r>
            <w:r w:rsidR="00A6401A" w:rsidRPr="00DD1D6F">
              <w:t>*)</w:t>
            </w:r>
          </w:p>
        </w:tc>
        <w:tc>
          <w:tcPr>
            <w:tcW w:w="4962" w:type="dxa"/>
          </w:tcPr>
          <w:p w14:paraId="26A953B0" w14:textId="77777777" w:rsidR="00815751" w:rsidRPr="00DD1D6F" w:rsidRDefault="00000000">
            <w:sdt>
              <w:sdtPr>
                <w:id w:val="18294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Hoja de vida   </w:t>
            </w:r>
            <w:sdt>
              <w:sdtPr>
                <w:id w:val="150686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</w:t>
            </w:r>
            <w:proofErr w:type="spellStart"/>
            <w:r w:rsidR="00815751" w:rsidRPr="00DD1D6F">
              <w:t>CvLAC</w:t>
            </w:r>
            <w:proofErr w:type="spellEnd"/>
            <w:r w:rsidR="00815751" w:rsidRPr="00DD1D6F">
              <w:t xml:space="preserve">   </w:t>
            </w:r>
            <w:sdt>
              <w:sdtPr>
                <w:id w:val="-1490322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LinkedIn</w:t>
            </w:r>
          </w:p>
          <w:p w14:paraId="0AEAE786" w14:textId="70ED4A4C" w:rsidR="003E6F26" w:rsidRPr="00DD1D6F" w:rsidRDefault="00000000">
            <w:sdt>
              <w:sdtPr>
                <w:id w:val="210853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Soportes   </w:t>
            </w:r>
            <w:sdt>
              <w:sdtPr>
                <w:id w:val="-209970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751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751" w:rsidRPr="00DD1D6F">
              <w:t xml:space="preserve"> Otro: </w:t>
            </w:r>
            <w:sdt>
              <w:sdtPr>
                <w:id w:val="177836722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815751" w:rsidRPr="00DD1D6F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sdtContent>
            </w:sdt>
          </w:p>
        </w:tc>
      </w:tr>
    </w:tbl>
    <w:p w14:paraId="10A016AB" w14:textId="77777777" w:rsidR="00371A5F" w:rsidRDefault="00371A5F" w:rsidP="00371A5F">
      <w:pPr>
        <w:pStyle w:val="EncabezadoSeccion"/>
        <w:spacing w:after="0"/>
        <w:rPr>
          <w:b w:val="0"/>
          <w:bCs/>
          <w:color w:val="auto"/>
          <w:sz w:val="24"/>
          <w:szCs w:val="20"/>
          <w:lang w:val="es-CO"/>
        </w:rPr>
      </w:pPr>
    </w:p>
    <w:p w14:paraId="4B6F8685" w14:textId="77777777" w:rsidR="00371A5F" w:rsidRDefault="00371A5F" w:rsidP="00371A5F">
      <w:pPr>
        <w:pStyle w:val="EncabezadoSeccion"/>
        <w:spacing w:after="0"/>
        <w:rPr>
          <w:b w:val="0"/>
          <w:bCs/>
          <w:color w:val="auto"/>
          <w:sz w:val="24"/>
          <w:szCs w:val="20"/>
          <w:lang w:val="es-CO"/>
        </w:rPr>
      </w:pPr>
    </w:p>
    <w:p w14:paraId="1DC1481C" w14:textId="62DF0C7F" w:rsidR="00033B3C" w:rsidRPr="00424832" w:rsidRDefault="00424832" w:rsidP="00371A5F">
      <w:pPr>
        <w:pStyle w:val="EncabezadoSeccion"/>
        <w:spacing w:after="0"/>
        <w:rPr>
          <w:b w:val="0"/>
          <w:bCs/>
          <w:color w:val="auto"/>
          <w:sz w:val="24"/>
          <w:szCs w:val="20"/>
          <w:lang w:val="es-CO"/>
        </w:rPr>
      </w:pPr>
      <w:r w:rsidRPr="00424832">
        <w:rPr>
          <w:b w:val="0"/>
          <w:bCs/>
          <w:color w:val="auto"/>
          <w:sz w:val="24"/>
          <w:szCs w:val="20"/>
          <w:lang w:val="es-CO"/>
        </w:rPr>
        <w:t>Firma</w:t>
      </w:r>
      <w:r w:rsidR="00371A5F">
        <w:rPr>
          <w:b w:val="0"/>
          <w:bCs/>
          <w:color w:val="auto"/>
          <w:sz w:val="24"/>
          <w:szCs w:val="20"/>
          <w:lang w:val="es-CO"/>
        </w:rPr>
        <w:t xml:space="preserve"> (*)</w:t>
      </w:r>
      <w:r w:rsidRPr="00424832">
        <w:rPr>
          <w:b w:val="0"/>
          <w:bCs/>
          <w:color w:val="auto"/>
          <w:sz w:val="24"/>
          <w:szCs w:val="20"/>
          <w:lang w:val="es-CO"/>
        </w:rPr>
        <w:t>: ____________________________</w:t>
      </w:r>
    </w:p>
    <w:p w14:paraId="26FDD676" w14:textId="77777777" w:rsidR="00371A5F" w:rsidRDefault="00371A5F" w:rsidP="00371A5F">
      <w:pPr>
        <w:spacing w:after="0"/>
        <w:rPr>
          <w:rFonts w:ascii="Taffy" w:hAnsi="Taffy"/>
          <w:b/>
          <w:sz w:val="20"/>
        </w:rPr>
      </w:pPr>
      <w:r>
        <w:rPr>
          <w:rFonts w:ascii="Taffy" w:hAnsi="Taffy"/>
          <w:b/>
          <w:sz w:val="20"/>
        </w:rPr>
        <w:t>Firma y/o aceptación de participación del Docente</w:t>
      </w:r>
    </w:p>
    <w:p w14:paraId="27A542F3" w14:textId="77777777" w:rsidR="00371A5F" w:rsidRDefault="00371A5F">
      <w:pPr>
        <w:pStyle w:val="EncabezadoSeccion"/>
        <w:rPr>
          <w:lang w:val="es-CO"/>
        </w:rPr>
      </w:pPr>
    </w:p>
    <w:p w14:paraId="4BE59B24" w14:textId="77777777" w:rsidR="004A189E" w:rsidRDefault="004A189E">
      <w:pPr>
        <w:pStyle w:val="EncabezadoSeccion"/>
        <w:rPr>
          <w:lang w:val="es-CO"/>
        </w:rPr>
      </w:pPr>
    </w:p>
    <w:p w14:paraId="63DFF761" w14:textId="77777777" w:rsidR="004A189E" w:rsidRDefault="004A189E">
      <w:pPr>
        <w:pStyle w:val="EncabezadoSeccion"/>
        <w:rPr>
          <w:lang w:val="es-CO"/>
        </w:rPr>
      </w:pPr>
    </w:p>
    <w:p w14:paraId="0F8A2BF6" w14:textId="34226C66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lastRenderedPageBreak/>
        <w:t>12. Planeación del evento</w:t>
      </w:r>
    </w:p>
    <w:p w14:paraId="42C53730" w14:textId="3171E86E" w:rsidR="003E6F26" w:rsidRPr="00DD1D6F" w:rsidRDefault="00000000">
      <w:r w:rsidRPr="00DD1D6F">
        <w:t xml:space="preserve">Invitados internacionales / movilidad académica: </w:t>
      </w:r>
      <w:sdt>
        <w:sdtPr>
          <w:id w:val="-15566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575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Sí   </w:t>
      </w:r>
      <w:sdt>
        <w:sdtPr>
          <w:id w:val="-2111270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575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No   </w:t>
      </w:r>
      <w:sdt>
        <w:sdtPr>
          <w:id w:val="1966925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5751" w:rsidRPr="00DD1D6F">
            <w:rPr>
              <w:rFonts w:ascii="MS Gothic" w:eastAsia="MS Gothic" w:hAnsi="MS Gothic" w:hint="eastAsia"/>
            </w:rPr>
            <w:t>☐</w:t>
          </w:r>
        </w:sdtContent>
      </w:sdt>
      <w:r w:rsidRPr="00DD1D6F">
        <w:t xml:space="preserve"> Otro: </w:t>
      </w:r>
      <w:sdt>
        <w:sdtPr>
          <w:id w:val="200597435"/>
          <w:placeholder>
            <w:docPart w:val="DefaultPlaceholder_-1854013440"/>
          </w:placeholder>
          <w:showingPlcHdr/>
          <w:text/>
        </w:sdtPr>
        <w:sdtContent>
          <w:r w:rsidR="00815751" w:rsidRPr="00DD1D6F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3964"/>
        <w:gridCol w:w="4820"/>
      </w:tblGrid>
      <w:tr w:rsidR="003E6F26" w:rsidRPr="00DD1D6F" w14:paraId="03A69EB2" w14:textId="77777777" w:rsidTr="00E564E0">
        <w:tc>
          <w:tcPr>
            <w:tcW w:w="3964" w:type="dxa"/>
          </w:tcPr>
          <w:p w14:paraId="22E2F678" w14:textId="4A2988E6" w:rsidR="003E6F26" w:rsidRPr="00DD1D6F" w:rsidRDefault="00000000">
            <w:r w:rsidRPr="00DD1D6F">
              <w:t xml:space="preserve">Tipo de </w:t>
            </w:r>
            <w:r w:rsidR="001F26B7" w:rsidRPr="00DD1D6F">
              <w:t>constancia (</w:t>
            </w:r>
            <w:r w:rsidR="00A6401A" w:rsidRPr="00DD1D6F">
              <w:t>*)</w:t>
            </w:r>
          </w:p>
        </w:tc>
        <w:tc>
          <w:tcPr>
            <w:tcW w:w="4820" w:type="dxa"/>
          </w:tcPr>
          <w:p w14:paraId="78161EC0" w14:textId="59B38500" w:rsidR="003E6F26" w:rsidRPr="00DD1D6F" w:rsidRDefault="00000000">
            <w:sdt>
              <w:sdtPr>
                <w:id w:val="-87677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Asistencia   </w:t>
            </w:r>
            <w:sdt>
              <w:sdtPr>
                <w:id w:val="171770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Por aprobación   </w:t>
            </w:r>
            <w:sdt>
              <w:sdtPr>
                <w:id w:val="161232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Ponente   </w:t>
            </w:r>
            <w:sdt>
              <w:sdtPr>
                <w:id w:val="-140814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Organizador   </w:t>
            </w:r>
            <w:sdt>
              <w:sdtPr>
                <w:id w:val="-190614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Coordinador   </w:t>
            </w:r>
            <w:sdt>
              <w:sdtPr>
                <w:id w:val="-15198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4E0" w:rsidRPr="00DD1D6F">
              <w:t xml:space="preserve"> Otra:</w:t>
            </w:r>
            <w:sdt>
              <w:sdtPr>
                <w:id w:val="-921410873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564E0" w:rsidRPr="00DD1D6F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3E6F26" w:rsidRPr="00DD1D6F" w14:paraId="5DAA9742" w14:textId="77777777" w:rsidTr="00E564E0">
        <w:tc>
          <w:tcPr>
            <w:tcW w:w="3964" w:type="dxa"/>
          </w:tcPr>
          <w:p w14:paraId="2A22B85B" w14:textId="3167D800" w:rsidR="003E6F26" w:rsidRPr="00DD1D6F" w:rsidRDefault="00000000">
            <w:r w:rsidRPr="00DD1D6F">
              <w:t xml:space="preserve">Horario </w:t>
            </w:r>
            <w:r w:rsidR="001F26B7" w:rsidRPr="00DD1D6F">
              <w:t>sugerido (</w:t>
            </w:r>
            <w:r w:rsidR="00A6401A" w:rsidRPr="00DD1D6F">
              <w:t>*)</w:t>
            </w:r>
          </w:p>
        </w:tc>
        <w:sdt>
          <w:sdtPr>
            <w:id w:val="-199663780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11073C8D" w14:textId="0B0EFA17" w:rsidR="003E6F26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3007BDA0" w14:textId="77777777" w:rsidTr="00E564E0">
        <w:tc>
          <w:tcPr>
            <w:tcW w:w="3964" w:type="dxa"/>
          </w:tcPr>
          <w:p w14:paraId="747994FE" w14:textId="43744713" w:rsidR="003E6F26" w:rsidRPr="00DD1D6F" w:rsidRDefault="00000000">
            <w:r w:rsidRPr="00DD1D6F">
              <w:t>Costo sugerido al público</w:t>
            </w:r>
            <w:r w:rsidR="006336F0" w:rsidRPr="00DD1D6F">
              <w:t xml:space="preserve"> en caso de ser no solidario</w:t>
            </w:r>
          </w:p>
        </w:tc>
        <w:sdt>
          <w:sdtPr>
            <w:id w:val="-5486232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7755C231" w14:textId="626FBB75" w:rsidR="003E6F26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E6F26" w:rsidRPr="00DD1D6F" w14:paraId="7269505B" w14:textId="77777777" w:rsidTr="00E564E0">
        <w:tc>
          <w:tcPr>
            <w:tcW w:w="3964" w:type="dxa"/>
          </w:tcPr>
          <w:p w14:paraId="3402654A" w14:textId="7264E5C2" w:rsidR="003E6F26" w:rsidRPr="00DD1D6F" w:rsidRDefault="00000000">
            <w:r w:rsidRPr="00DD1D6F">
              <w:t xml:space="preserve">Número de participantes </w:t>
            </w:r>
            <w:r w:rsidR="001F26B7" w:rsidRPr="00DD1D6F">
              <w:t>propuestos (</w:t>
            </w:r>
            <w:r w:rsidR="00A6401A" w:rsidRPr="00DD1D6F">
              <w:t>*)</w:t>
            </w:r>
          </w:p>
        </w:tc>
        <w:sdt>
          <w:sdtPr>
            <w:id w:val="99484839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5AF48A45" w14:textId="2B43FB98" w:rsidR="003E6F26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4EE" w:rsidRPr="00DD1D6F" w14:paraId="2926BBE2" w14:textId="77777777" w:rsidTr="00E564E0">
        <w:tc>
          <w:tcPr>
            <w:tcW w:w="3964" w:type="dxa"/>
          </w:tcPr>
          <w:p w14:paraId="5A7075B2" w14:textId="384D08BD" w:rsidR="00C164EE" w:rsidRPr="00DD1D6F" w:rsidRDefault="00C164EE">
            <w:proofErr w:type="gramStart"/>
            <w:r w:rsidRPr="00DD1D6F">
              <w:t>Link</w:t>
            </w:r>
            <w:proofErr w:type="gramEnd"/>
            <w:r w:rsidRPr="00DD1D6F">
              <w:t xml:space="preserve"> en caso de ser programa virtual</w:t>
            </w:r>
          </w:p>
        </w:tc>
        <w:sdt>
          <w:sdtPr>
            <w:id w:val="9793484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27600183" w14:textId="04D424D2" w:rsidR="00C164EE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117F8C" w:rsidRPr="00DD1D6F" w14:paraId="18A45A97" w14:textId="77777777" w:rsidTr="00E564E0">
        <w:tc>
          <w:tcPr>
            <w:tcW w:w="3964" w:type="dxa"/>
          </w:tcPr>
          <w:p w14:paraId="1DE5CB61" w14:textId="7DD1CD26" w:rsidR="00117F8C" w:rsidRPr="00DD1D6F" w:rsidRDefault="00117F8C">
            <w:r w:rsidRPr="00DD1D6F">
              <w:t>Lugar donde se realiza</w:t>
            </w:r>
          </w:p>
        </w:tc>
        <w:sdt>
          <w:sdtPr>
            <w:id w:val="-16431924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13B81904" w14:textId="5DC9B06A" w:rsidR="00117F8C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336F0" w:rsidRPr="00DD1D6F" w14:paraId="7D3F5E4A" w14:textId="77777777" w:rsidTr="00E564E0">
        <w:tc>
          <w:tcPr>
            <w:tcW w:w="3964" w:type="dxa"/>
          </w:tcPr>
          <w:p w14:paraId="3562854F" w14:textId="443C6AF3" w:rsidR="006336F0" w:rsidRPr="00DD1D6F" w:rsidRDefault="006336F0">
            <w:r w:rsidRPr="00DD1D6F">
              <w:t>Recursos logísticos necesarios</w:t>
            </w:r>
          </w:p>
        </w:tc>
        <w:sdt>
          <w:sdtPr>
            <w:id w:val="70521991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20" w:type="dxa"/>
              </w:tcPr>
              <w:p w14:paraId="1FA0F763" w14:textId="4F9BEF07" w:rsidR="006336F0" w:rsidRPr="00DD1D6F" w:rsidRDefault="00E564E0">
                <w:r w:rsidRPr="00DD1D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4EE" w:rsidRPr="00DD1D6F" w14:paraId="2C77F5C9" w14:textId="77777777" w:rsidTr="00E564E0">
        <w:tc>
          <w:tcPr>
            <w:tcW w:w="3964" w:type="dxa"/>
          </w:tcPr>
          <w:p w14:paraId="1A2C20D8" w14:textId="7E45D9A4" w:rsidR="00C164EE" w:rsidRPr="00DD1D6F" w:rsidRDefault="00C164EE">
            <w:r w:rsidRPr="00DD1D6F">
              <w:t xml:space="preserve">Otros </w:t>
            </w:r>
            <w:r w:rsidR="00202AAC" w:rsidRPr="00DD1D6F">
              <w:t>requerimientos</w:t>
            </w:r>
          </w:p>
        </w:tc>
        <w:tc>
          <w:tcPr>
            <w:tcW w:w="4820" w:type="dxa"/>
          </w:tcPr>
          <w:p w14:paraId="61B56C59" w14:textId="77777777" w:rsidR="00E564E0" w:rsidRPr="00DD1D6F" w:rsidRDefault="00000000" w:rsidP="00C164EE">
            <w:sdt>
              <w:sdtPr>
                <w:id w:val="435181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Honorarios </w:t>
            </w:r>
            <w:sdt>
              <w:sdtPr>
                <w:id w:val="-87715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 Tiquetes </w:t>
            </w:r>
            <w:sdt>
              <w:sdtPr>
                <w:id w:val="-133475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 Hospedaje</w:t>
            </w:r>
          </w:p>
          <w:p w14:paraId="29F4B95D" w14:textId="6B5E0D88" w:rsidR="00C164EE" w:rsidRPr="00DD1D6F" w:rsidRDefault="00000000">
            <w:sdt>
              <w:sdtPr>
                <w:id w:val="-37339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Alimentación </w:t>
            </w:r>
            <w:sdt>
              <w:sdtPr>
                <w:id w:val="134259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 Refrigerios </w:t>
            </w:r>
            <w:sdt>
              <w:sdtPr>
                <w:id w:val="-53743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4E0" w:rsidRPr="00DD1D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64EE" w:rsidRPr="00DD1D6F">
              <w:t xml:space="preserve"> Otros: </w:t>
            </w:r>
            <w:sdt>
              <w:sdtPr>
                <w:id w:val="-155723351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564E0" w:rsidRPr="00DD1D6F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</w:tbl>
    <w:p w14:paraId="2016733D" w14:textId="0A8B459D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14. Bibliografía</w:t>
      </w:r>
    </w:p>
    <w:sdt>
      <w:sdtPr>
        <w:rPr>
          <w:lang w:val="es-CO"/>
        </w:rPr>
        <w:id w:val="704840399"/>
        <w:placeholder>
          <w:docPart w:val="DefaultPlaceholder_-1854013440"/>
        </w:placeholder>
        <w:showingPlcHdr/>
        <w:text/>
      </w:sdtPr>
      <w:sdtContent>
        <w:p w14:paraId="5935AEC3" w14:textId="0C5B01ED" w:rsidR="00E564E0" w:rsidRPr="00DD1D6F" w:rsidRDefault="00E564E0">
          <w:pPr>
            <w:pStyle w:val="EncabezadoSeccion"/>
            <w:rPr>
              <w:lang w:val="es-CO"/>
            </w:rPr>
          </w:pPr>
          <w:r w:rsidRPr="00DD1D6F">
            <w:rPr>
              <w:rStyle w:val="Textodelmarcadordeposicin"/>
              <w:sz w:val="20"/>
              <w:szCs w:val="16"/>
              <w:lang w:val="es-CO"/>
            </w:rPr>
            <w:t>Haga clic o pulse aquí para escribir texto.</w:t>
          </w:r>
        </w:p>
      </w:sdtContent>
    </w:sdt>
    <w:p w14:paraId="053F1BA7" w14:textId="48AF5424" w:rsidR="003E6F26" w:rsidRPr="00DD1D6F" w:rsidRDefault="00000000" w:rsidP="00202AAC">
      <w:pPr>
        <w:pStyle w:val="EncabezadoSeccion"/>
        <w:spacing w:before="0"/>
        <w:rPr>
          <w:lang w:val="es-CO"/>
        </w:rPr>
      </w:pPr>
      <w:r w:rsidRPr="00DD1D6F">
        <w:rPr>
          <w:lang w:val="es-CO"/>
        </w:rPr>
        <w:t>15. Documentos para cuenta de cobro (</w:t>
      </w:r>
      <w:r w:rsidR="00202AAC" w:rsidRPr="00DD1D6F">
        <w:rPr>
          <w:lang w:val="es-CO"/>
        </w:rPr>
        <w:t>programas</w:t>
      </w:r>
      <w:r w:rsidRPr="00DD1D6F">
        <w:rPr>
          <w:lang w:val="es-CO"/>
        </w:rPr>
        <w:t xml:space="preserve"> no solidarios)</w:t>
      </w:r>
    </w:p>
    <w:p w14:paraId="6BA2F121" w14:textId="251277B3" w:rsidR="00202AAC" w:rsidRPr="00DD1D6F" w:rsidRDefault="00202AAC" w:rsidP="00202AAC">
      <w:pPr>
        <w:pStyle w:val="EncabezadoSeccion"/>
        <w:spacing w:before="0"/>
        <w:rPr>
          <w:b w:val="0"/>
          <w:i/>
          <w:color w:val="646464"/>
          <w:sz w:val="20"/>
          <w:lang w:val="es-CO"/>
        </w:rPr>
      </w:pPr>
      <w:r w:rsidRPr="00DD1D6F">
        <w:rPr>
          <w:b w:val="0"/>
          <w:i/>
          <w:color w:val="646464"/>
          <w:sz w:val="20"/>
          <w:lang w:val="es-CO"/>
        </w:rPr>
        <w:t xml:space="preserve">Nota:  La información debe ser socializada con el docente para programas no solidarios </w:t>
      </w:r>
    </w:p>
    <w:p w14:paraId="61149B0D" w14:textId="5CFFCDC9" w:rsidR="003E6F26" w:rsidRPr="00DD1D6F" w:rsidRDefault="00000000">
      <w:sdt>
        <w:sdtPr>
          <w:id w:val="-63412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Copia de la cédula</w:t>
      </w:r>
    </w:p>
    <w:p w14:paraId="6E8D2334" w14:textId="16115E9F" w:rsidR="003E6F26" w:rsidRPr="00DD1D6F" w:rsidRDefault="00000000">
      <w:sdt>
        <w:sdtPr>
          <w:id w:val="-1522920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Copia del RUT </w:t>
      </w:r>
      <w:r w:rsidR="00202AAC" w:rsidRPr="00DD1D6F">
        <w:t>con fecha de generación año vigente</w:t>
      </w:r>
    </w:p>
    <w:p w14:paraId="378C67CB" w14:textId="48416A88" w:rsidR="003E6F26" w:rsidRPr="00DD1D6F" w:rsidRDefault="00000000">
      <w:sdt>
        <w:sdtPr>
          <w:id w:val="-82922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Copia del pago de Seguridad Social del mes correspondiente (Salud, Pensión, ARL)</w:t>
      </w:r>
    </w:p>
    <w:p w14:paraId="2076B1C9" w14:textId="2E407E05" w:rsidR="003E6F26" w:rsidRPr="00DD1D6F" w:rsidRDefault="00000000">
      <w:sdt>
        <w:sdtPr>
          <w:id w:val="-796981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</w:t>
      </w:r>
      <w:r w:rsidR="00202AAC" w:rsidRPr="00DD1D6F">
        <w:t>Información Para Aplicación en Retenciones en la Fuente a Título de Renta Persona Natural</w:t>
      </w:r>
    </w:p>
    <w:p w14:paraId="048F3A19" w14:textId="076D2925" w:rsidR="003E6F26" w:rsidRPr="00DD1D6F" w:rsidRDefault="00000000">
      <w:sdt>
        <w:sdtPr>
          <w:id w:val="1447892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Certificación bancaria actualizada</w:t>
      </w:r>
    </w:p>
    <w:p w14:paraId="05B48EE7" w14:textId="617E40A6" w:rsidR="003E6F26" w:rsidRPr="00DD1D6F" w:rsidRDefault="00000000">
      <w:sdt>
        <w:sdtPr>
          <w:id w:val="-1646430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Factura electrónica o cuenta de cobro según aplique</w:t>
      </w:r>
    </w:p>
    <w:p w14:paraId="7ADAE1C5" w14:textId="73BA4EC6" w:rsidR="003E6F26" w:rsidRPr="00DD1D6F" w:rsidRDefault="00000000">
      <w:sdt>
        <w:sdtPr>
          <w:id w:val="1056276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E0" w:rsidRPr="00DD1D6F">
            <w:rPr>
              <w:rFonts w:ascii="MS Gothic" w:eastAsia="MS Gothic" w:hAnsi="MS Gothic" w:hint="eastAsia"/>
            </w:rPr>
            <w:t>☐</w:t>
          </w:r>
        </w:sdtContent>
      </w:sdt>
      <w:r w:rsidR="00E564E0" w:rsidRPr="00DD1D6F">
        <w:t xml:space="preserve"> Informe de gestión, listas de asistencia y/o evidencias de clases virtuales</w:t>
      </w:r>
    </w:p>
    <w:p w14:paraId="3A144910" w14:textId="0835FC1A" w:rsidR="003E6F26" w:rsidRPr="00DD1D6F" w:rsidRDefault="00000000">
      <w:pPr>
        <w:pStyle w:val="EncabezadoSeccion"/>
        <w:rPr>
          <w:lang w:val="es-CO"/>
        </w:rPr>
      </w:pPr>
      <w:r w:rsidRPr="00DD1D6F">
        <w:rPr>
          <w:lang w:val="es-CO"/>
        </w:rPr>
        <w:t>16. Elaboración y aprobación de la propuesta</w:t>
      </w:r>
      <w:r w:rsidR="00AB77F3" w:rsidRPr="00DD1D6F">
        <w:rPr>
          <w:lang w:val="es-CO"/>
        </w:rPr>
        <w:t xml:space="preserve"> (*)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5020F6" w:rsidRPr="00DD1D6F" w14:paraId="323B3CE5" w14:textId="77777777">
        <w:tc>
          <w:tcPr>
            <w:tcW w:w="2160" w:type="dxa"/>
          </w:tcPr>
          <w:p w14:paraId="3743C673" w14:textId="77777777" w:rsidR="003E6F26" w:rsidRPr="00DD1D6F" w:rsidRDefault="00000000">
            <w:r w:rsidRPr="00DD1D6F">
              <w:t>Etapa</w:t>
            </w:r>
          </w:p>
        </w:tc>
        <w:tc>
          <w:tcPr>
            <w:tcW w:w="2160" w:type="dxa"/>
          </w:tcPr>
          <w:p w14:paraId="3E21093D" w14:textId="77777777" w:rsidR="003E6F26" w:rsidRPr="00DD1D6F" w:rsidRDefault="00000000">
            <w:r w:rsidRPr="00DD1D6F">
              <w:t>Nombre</w:t>
            </w:r>
          </w:p>
        </w:tc>
        <w:tc>
          <w:tcPr>
            <w:tcW w:w="2160" w:type="dxa"/>
          </w:tcPr>
          <w:p w14:paraId="146C2C60" w14:textId="77777777" w:rsidR="003E6F26" w:rsidRPr="00DD1D6F" w:rsidRDefault="00000000">
            <w:r w:rsidRPr="00DD1D6F">
              <w:t>Firma</w:t>
            </w:r>
          </w:p>
        </w:tc>
        <w:tc>
          <w:tcPr>
            <w:tcW w:w="2160" w:type="dxa"/>
          </w:tcPr>
          <w:p w14:paraId="14EF0FBB" w14:textId="77777777" w:rsidR="003E6F26" w:rsidRPr="00DD1D6F" w:rsidRDefault="00000000">
            <w:r w:rsidRPr="00DD1D6F">
              <w:t>Fecha</w:t>
            </w:r>
          </w:p>
        </w:tc>
      </w:tr>
      <w:tr w:rsidR="005020F6" w:rsidRPr="00DD1D6F" w14:paraId="6300ADA0" w14:textId="77777777">
        <w:tc>
          <w:tcPr>
            <w:tcW w:w="2160" w:type="dxa"/>
          </w:tcPr>
          <w:p w14:paraId="259BED5E" w14:textId="77777777" w:rsidR="003E6F26" w:rsidRPr="00DD1D6F" w:rsidRDefault="00000000">
            <w:pPr>
              <w:rPr>
                <w:sz w:val="20"/>
                <w:szCs w:val="20"/>
              </w:rPr>
            </w:pPr>
            <w:r w:rsidRPr="00DD1D6F">
              <w:rPr>
                <w:sz w:val="20"/>
                <w:szCs w:val="20"/>
              </w:rPr>
              <w:t>Proponente</w:t>
            </w:r>
          </w:p>
        </w:tc>
        <w:sdt>
          <w:sdtPr>
            <w:id w:val="-177301502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160" w:type="dxa"/>
              </w:tcPr>
              <w:p w14:paraId="69EDF042" w14:textId="1E3E59E0" w:rsidR="003E6F26" w:rsidRPr="00DD1D6F" w:rsidRDefault="00E564E0">
                <w:r w:rsidRPr="00DD1D6F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160" w:type="dxa"/>
          </w:tcPr>
          <w:p w14:paraId="68270E42" w14:textId="4FCC3AE5" w:rsidR="003E6F26" w:rsidRPr="00DD1D6F" w:rsidRDefault="003E6F26"/>
        </w:tc>
        <w:sdt>
          <w:sdtPr>
            <w:rPr>
              <w:sz w:val="18"/>
              <w:szCs w:val="18"/>
            </w:rPr>
            <w:id w:val="195367257"/>
            <w:placeholder>
              <w:docPart w:val="DefaultPlaceholder_-1854013437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160" w:type="dxa"/>
              </w:tcPr>
              <w:p w14:paraId="3D5AE49A" w14:textId="696EF202" w:rsidR="003E6F26" w:rsidRPr="00DD1D6F" w:rsidRDefault="00E564E0">
                <w:r w:rsidRPr="00DD1D6F">
                  <w:rPr>
                    <w:rStyle w:val="Textodelmarcadordeposicin"/>
                    <w:sz w:val="18"/>
                    <w:szCs w:val="18"/>
                  </w:rPr>
                  <w:t>Haga clic aquí o pulse para escribir una fecha.</w:t>
                </w:r>
              </w:p>
            </w:tc>
          </w:sdtContent>
        </w:sdt>
      </w:tr>
      <w:tr w:rsidR="005020F6" w:rsidRPr="00DD1D6F" w14:paraId="3F88AA41" w14:textId="77777777">
        <w:tc>
          <w:tcPr>
            <w:tcW w:w="2160" w:type="dxa"/>
          </w:tcPr>
          <w:p w14:paraId="2C11D07B" w14:textId="77777777" w:rsidR="003E6F26" w:rsidRPr="00DD1D6F" w:rsidRDefault="00000000">
            <w:pPr>
              <w:rPr>
                <w:sz w:val="20"/>
                <w:szCs w:val="20"/>
              </w:rPr>
            </w:pPr>
            <w:r w:rsidRPr="00DD1D6F">
              <w:rPr>
                <w:sz w:val="20"/>
                <w:szCs w:val="20"/>
              </w:rPr>
              <w:t>Revisión (Rep. académico área del saber)</w:t>
            </w:r>
          </w:p>
        </w:tc>
        <w:sdt>
          <w:sdtPr>
            <w:id w:val="-1888323102"/>
            <w:placeholder>
              <w:docPart w:val="4F62BA27567040B5808F7121A5AF546A"/>
            </w:placeholder>
            <w:showingPlcHdr/>
            <w:text/>
          </w:sdtPr>
          <w:sdtContent>
            <w:tc>
              <w:tcPr>
                <w:tcW w:w="2160" w:type="dxa"/>
              </w:tcPr>
              <w:p w14:paraId="4277D41A" w14:textId="1972D62B" w:rsidR="003E6F26" w:rsidRPr="00DD1D6F" w:rsidRDefault="00E564E0">
                <w:r w:rsidRPr="00DD1D6F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160" w:type="dxa"/>
          </w:tcPr>
          <w:p w14:paraId="0A10C5FC" w14:textId="79D9A2BC" w:rsidR="003E6F26" w:rsidRPr="00DD1D6F" w:rsidRDefault="003E6F26"/>
        </w:tc>
        <w:sdt>
          <w:sdtPr>
            <w:rPr>
              <w:sz w:val="18"/>
              <w:szCs w:val="18"/>
            </w:rPr>
            <w:id w:val="-174191047"/>
            <w:placeholder>
              <w:docPart w:val="E626C4EA17EB4AD1BDB92EE1F5F0C845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160" w:type="dxa"/>
              </w:tcPr>
              <w:p w14:paraId="40881489" w14:textId="7F3D4AF5" w:rsidR="003E6F26" w:rsidRPr="00DD1D6F" w:rsidRDefault="00E564E0">
                <w:r w:rsidRPr="00DD1D6F">
                  <w:rPr>
                    <w:rStyle w:val="Textodelmarcadordeposicin"/>
                    <w:sz w:val="18"/>
                    <w:szCs w:val="18"/>
                  </w:rPr>
                  <w:t>Haga clic aquí o pulse para escribir una fecha.</w:t>
                </w:r>
              </w:p>
            </w:tc>
          </w:sdtContent>
        </w:sdt>
      </w:tr>
      <w:tr w:rsidR="005020F6" w:rsidRPr="00DD1D6F" w14:paraId="2B915477" w14:textId="77777777">
        <w:tc>
          <w:tcPr>
            <w:tcW w:w="2160" w:type="dxa"/>
          </w:tcPr>
          <w:p w14:paraId="78F85B53" w14:textId="77777777" w:rsidR="003E6F26" w:rsidRPr="00DD1D6F" w:rsidRDefault="00000000">
            <w:pPr>
              <w:rPr>
                <w:sz w:val="20"/>
                <w:szCs w:val="20"/>
              </w:rPr>
            </w:pPr>
            <w:r w:rsidRPr="00DD1D6F">
              <w:rPr>
                <w:sz w:val="20"/>
                <w:szCs w:val="20"/>
              </w:rPr>
              <w:t>Verificación (Rep. académico área del saber)</w:t>
            </w:r>
          </w:p>
        </w:tc>
        <w:sdt>
          <w:sdtPr>
            <w:id w:val="70477372"/>
            <w:placeholder>
              <w:docPart w:val="094048A3FC26484FA54EC29A0833AAE8"/>
            </w:placeholder>
            <w:showingPlcHdr/>
            <w:text/>
          </w:sdtPr>
          <w:sdtContent>
            <w:tc>
              <w:tcPr>
                <w:tcW w:w="2160" w:type="dxa"/>
              </w:tcPr>
              <w:p w14:paraId="6AD46594" w14:textId="3A249974" w:rsidR="003E6F26" w:rsidRPr="00DD1D6F" w:rsidRDefault="00E564E0">
                <w:r w:rsidRPr="00DD1D6F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160" w:type="dxa"/>
          </w:tcPr>
          <w:p w14:paraId="7149C44A" w14:textId="0A18F0C6" w:rsidR="003E6F26" w:rsidRPr="00DD1D6F" w:rsidRDefault="003E6F26"/>
        </w:tc>
        <w:sdt>
          <w:sdtPr>
            <w:rPr>
              <w:sz w:val="18"/>
              <w:szCs w:val="18"/>
            </w:rPr>
            <w:id w:val="-1606647123"/>
            <w:placeholder>
              <w:docPart w:val="976194C0911544789BD59FEC914DF823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160" w:type="dxa"/>
              </w:tcPr>
              <w:p w14:paraId="35FC4FE2" w14:textId="402ECB54" w:rsidR="003E6F26" w:rsidRPr="00DD1D6F" w:rsidRDefault="00E564E0">
                <w:r w:rsidRPr="00DD1D6F">
                  <w:rPr>
                    <w:rStyle w:val="Textodelmarcadordeposicin"/>
                    <w:sz w:val="18"/>
                    <w:szCs w:val="18"/>
                  </w:rPr>
                  <w:t>Haga clic aquí o pulse para escribir una fecha.</w:t>
                </w:r>
              </w:p>
            </w:tc>
          </w:sdtContent>
        </w:sdt>
      </w:tr>
      <w:tr w:rsidR="005020F6" w:rsidRPr="00DD1D6F" w14:paraId="0835C660" w14:textId="77777777">
        <w:tc>
          <w:tcPr>
            <w:tcW w:w="2160" w:type="dxa"/>
          </w:tcPr>
          <w:p w14:paraId="01621806" w14:textId="77777777" w:rsidR="003E6F26" w:rsidRPr="00DD1D6F" w:rsidRDefault="00000000">
            <w:pPr>
              <w:rPr>
                <w:sz w:val="20"/>
                <w:szCs w:val="20"/>
              </w:rPr>
            </w:pPr>
            <w:r w:rsidRPr="00DD1D6F">
              <w:rPr>
                <w:sz w:val="20"/>
                <w:szCs w:val="20"/>
              </w:rPr>
              <w:t>Validación (Coord. de extensión de la Facultad)</w:t>
            </w:r>
          </w:p>
        </w:tc>
        <w:sdt>
          <w:sdtPr>
            <w:id w:val="1480645789"/>
            <w:placeholder>
              <w:docPart w:val="7185A68569324E73AB2BB5BEA90B7C28"/>
            </w:placeholder>
            <w:showingPlcHdr/>
            <w:text/>
          </w:sdtPr>
          <w:sdtContent>
            <w:tc>
              <w:tcPr>
                <w:tcW w:w="2160" w:type="dxa"/>
              </w:tcPr>
              <w:p w14:paraId="2B4059E6" w14:textId="6577979C" w:rsidR="003E6F26" w:rsidRPr="00DD1D6F" w:rsidRDefault="00E564E0">
                <w:r w:rsidRPr="00DD1D6F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160" w:type="dxa"/>
          </w:tcPr>
          <w:p w14:paraId="5EC59D7A" w14:textId="455FDFC9" w:rsidR="003E6F26" w:rsidRPr="00DD1D6F" w:rsidRDefault="003E6F26"/>
        </w:tc>
        <w:sdt>
          <w:sdtPr>
            <w:rPr>
              <w:sz w:val="18"/>
              <w:szCs w:val="18"/>
            </w:rPr>
            <w:id w:val="-204414214"/>
            <w:placeholder>
              <w:docPart w:val="CAC49CC8F66A4B07946FE7AEAEBF6912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160" w:type="dxa"/>
              </w:tcPr>
              <w:p w14:paraId="5E373D41" w14:textId="7FD2021C" w:rsidR="003E6F26" w:rsidRPr="00DD1D6F" w:rsidRDefault="00E564E0">
                <w:r w:rsidRPr="00DD1D6F">
                  <w:rPr>
                    <w:rStyle w:val="Textodelmarcadordeposicin"/>
                    <w:sz w:val="18"/>
                    <w:szCs w:val="18"/>
                  </w:rPr>
                  <w:t>Haga clic aquí o pulse para escribir una fecha.</w:t>
                </w:r>
              </w:p>
            </w:tc>
          </w:sdtContent>
        </w:sdt>
      </w:tr>
      <w:tr w:rsidR="005020F6" w:rsidRPr="00DD1D6F" w14:paraId="0ADAF602" w14:textId="77777777">
        <w:tc>
          <w:tcPr>
            <w:tcW w:w="2160" w:type="dxa"/>
          </w:tcPr>
          <w:p w14:paraId="12080999" w14:textId="77777777" w:rsidR="003E6F26" w:rsidRPr="00DD1D6F" w:rsidRDefault="00000000">
            <w:pPr>
              <w:rPr>
                <w:sz w:val="20"/>
                <w:szCs w:val="20"/>
              </w:rPr>
            </w:pPr>
            <w:r w:rsidRPr="00DD1D6F">
              <w:rPr>
                <w:sz w:val="20"/>
                <w:szCs w:val="20"/>
              </w:rPr>
              <w:t>Visto bueno (Extensión y Proyección Social)</w:t>
            </w:r>
          </w:p>
        </w:tc>
        <w:tc>
          <w:tcPr>
            <w:tcW w:w="2160" w:type="dxa"/>
          </w:tcPr>
          <w:p w14:paraId="5964F950" w14:textId="53EBCF53" w:rsidR="003E6F26" w:rsidRPr="00DD1D6F" w:rsidRDefault="003E6F26"/>
        </w:tc>
        <w:tc>
          <w:tcPr>
            <w:tcW w:w="2160" w:type="dxa"/>
          </w:tcPr>
          <w:p w14:paraId="11BD5DE3" w14:textId="01E4E633" w:rsidR="003E6F26" w:rsidRPr="00DD1D6F" w:rsidRDefault="003E6F26"/>
        </w:tc>
        <w:tc>
          <w:tcPr>
            <w:tcW w:w="2160" w:type="dxa"/>
          </w:tcPr>
          <w:p w14:paraId="28C78F8E" w14:textId="752D477D" w:rsidR="003E6F26" w:rsidRPr="00DD1D6F" w:rsidRDefault="003E6F26"/>
        </w:tc>
      </w:tr>
    </w:tbl>
    <w:p w14:paraId="0D1C5FC7" w14:textId="2C8FDB3C" w:rsidR="003E6F26" w:rsidRDefault="003E6F26">
      <w:pPr>
        <w:pStyle w:val="Instrucciones"/>
      </w:pPr>
    </w:p>
    <w:p w14:paraId="01091169" w14:textId="60838AA9" w:rsidR="007328F9" w:rsidRPr="00DD1D6F" w:rsidRDefault="007328F9" w:rsidP="007328F9">
      <w:pPr>
        <w:pStyle w:val="EncabezadoSeccion"/>
        <w:rPr>
          <w:lang w:val="es-CO"/>
        </w:rPr>
      </w:pPr>
      <w:r w:rsidRPr="00DD1D6F">
        <w:rPr>
          <w:lang w:val="es-CO"/>
        </w:rPr>
        <w:t>1</w:t>
      </w:r>
      <w:r>
        <w:rPr>
          <w:lang w:val="es-CO"/>
        </w:rPr>
        <w:t>7</w:t>
      </w:r>
      <w:r w:rsidRPr="00DD1D6F">
        <w:rPr>
          <w:lang w:val="es-CO"/>
        </w:rPr>
        <w:t xml:space="preserve">. </w:t>
      </w:r>
      <w:r>
        <w:rPr>
          <w:lang w:val="es-CO"/>
        </w:rPr>
        <w:t>Reporte de novedades</w:t>
      </w:r>
      <w:r w:rsidR="000174CE">
        <w:rPr>
          <w:lang w:val="es-CO"/>
        </w:rPr>
        <w:t xml:space="preserve"> </w:t>
      </w:r>
      <w:r w:rsidR="000174CE" w:rsidRPr="000174CE">
        <w:rPr>
          <w:color w:val="7F7F7F" w:themeColor="text1" w:themeTint="80"/>
          <w:lang w:val="es-CO"/>
        </w:rPr>
        <w:t>(</w:t>
      </w:r>
      <w:r w:rsidR="000174CE" w:rsidRPr="000174CE">
        <w:rPr>
          <w:i/>
          <w:iCs/>
          <w:color w:val="7F7F7F" w:themeColor="text1" w:themeTint="80"/>
          <w:sz w:val="24"/>
          <w:szCs w:val="20"/>
          <w:lang w:val="es-CO"/>
        </w:rPr>
        <w:t xml:space="preserve">Solo se diligencia en el caso que haya una novedad, posterior al envió del </w:t>
      </w:r>
      <w:r w:rsidR="0004493D">
        <w:rPr>
          <w:i/>
          <w:iCs/>
          <w:color w:val="7F7F7F" w:themeColor="text1" w:themeTint="80"/>
          <w:sz w:val="24"/>
          <w:szCs w:val="20"/>
          <w:lang w:val="es-CO"/>
        </w:rPr>
        <w:t>programa</w:t>
      </w:r>
      <w:r w:rsidR="000174CE" w:rsidRPr="000174CE">
        <w:rPr>
          <w:i/>
          <w:iCs/>
          <w:color w:val="7F7F7F" w:themeColor="text1" w:themeTint="80"/>
          <w:sz w:val="24"/>
          <w:szCs w:val="20"/>
          <w:lang w:val="es-CO"/>
        </w:rPr>
        <w:t xml:space="preserve"> inicial</w:t>
      </w:r>
      <w:r w:rsidR="000174CE" w:rsidRPr="000174CE">
        <w:rPr>
          <w:color w:val="7F7F7F" w:themeColor="text1" w:themeTint="80"/>
          <w:lang w:val="es-CO"/>
        </w:rPr>
        <w:t>)</w:t>
      </w:r>
    </w:p>
    <w:p w14:paraId="490EF886" w14:textId="452EE57D" w:rsidR="007328F9" w:rsidRDefault="007328F9" w:rsidP="007328F9">
      <w:r>
        <w:rPr>
          <w:b/>
        </w:rPr>
        <w:t xml:space="preserve">Responsable del reporte: </w:t>
      </w:r>
      <w:r>
        <w:t>______________________________________________</w:t>
      </w:r>
    </w:p>
    <w:p w14:paraId="5E610CF6" w14:textId="77777777" w:rsidR="007328F9" w:rsidRDefault="007328F9" w:rsidP="007328F9">
      <w:r>
        <w:rPr>
          <w:b/>
        </w:rPr>
        <w:t xml:space="preserve">Fecha del reporte: </w:t>
      </w:r>
      <w:r>
        <w:t>______________________________________________</w:t>
      </w:r>
    </w:p>
    <w:p w14:paraId="4C3B22DE" w14:textId="744DB75D" w:rsidR="007328F9" w:rsidRDefault="007328F9" w:rsidP="007328F9">
      <w:pPr>
        <w:pStyle w:val="Ttulo2"/>
      </w:pPr>
      <w:r>
        <w:t>1. Tipo de Novedad</w:t>
      </w:r>
    </w:p>
    <w:p w14:paraId="13B56EE6" w14:textId="1DD0CA49" w:rsidR="007328F9" w:rsidRPr="0017061F" w:rsidRDefault="007328F9" w:rsidP="007328F9">
      <w:pPr>
        <w:rPr>
          <w:i/>
          <w:iCs/>
          <w:color w:val="7F7F7F" w:themeColor="text1" w:themeTint="80"/>
          <w:sz w:val="20"/>
          <w:szCs w:val="20"/>
        </w:rPr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Pr="00FC55D0">
        <w:rPr>
          <w:b/>
          <w:bCs/>
        </w:rPr>
        <w:t>Cambio</w:t>
      </w:r>
      <w:r>
        <w:rPr>
          <w:b/>
        </w:rPr>
        <w:t xml:space="preserve"> en la estructura del programa académico:</w:t>
      </w:r>
      <w:r w:rsidR="0017061F">
        <w:rPr>
          <w:b/>
        </w:rPr>
        <w:t xml:space="preserve"> </w:t>
      </w:r>
      <w:r w:rsidR="0017061F" w:rsidRPr="0017061F">
        <w:rPr>
          <w:b/>
          <w:i/>
          <w:iCs/>
          <w:color w:val="7F7F7F" w:themeColor="text1" w:themeTint="80"/>
          <w:sz w:val="20"/>
          <w:szCs w:val="20"/>
        </w:rPr>
        <w:t xml:space="preserve">si esta respuesta es positiva debe tener justificación y presentación ante los participantes </w:t>
      </w:r>
      <w:r w:rsidR="0017061F">
        <w:rPr>
          <w:b/>
          <w:i/>
          <w:iCs/>
          <w:color w:val="7F7F7F" w:themeColor="text1" w:themeTint="80"/>
          <w:sz w:val="20"/>
          <w:szCs w:val="20"/>
        </w:rPr>
        <w:t>si ya se ha ofertado el programa</w:t>
      </w:r>
    </w:p>
    <w:p w14:paraId="326C35A3" w14:textId="7A6952FE" w:rsidR="007328F9" w:rsidRDefault="007328F9" w:rsidP="007328F9">
      <w:r>
        <w:t>______________________________________________________________</w:t>
      </w:r>
      <w:r w:rsidR="00FC55D0">
        <w:t>____________________</w:t>
      </w:r>
    </w:p>
    <w:p w14:paraId="7C527E03" w14:textId="724AF8F7" w:rsidR="007328F9" w:rsidRDefault="007328F9" w:rsidP="007328F9">
      <w:r>
        <w:rPr>
          <w:rFonts w:ascii="Segoe UI Symbol" w:hAnsi="Segoe UI Symbol" w:cs="Segoe UI Symbol"/>
        </w:rPr>
        <w:t>☐</w:t>
      </w:r>
      <w:r>
        <w:t xml:space="preserve"> </w:t>
      </w:r>
      <w:r w:rsidRPr="00240CB3">
        <w:rPr>
          <w:b/>
          <w:bCs/>
        </w:rPr>
        <w:t>Cambio en las fechas</w:t>
      </w:r>
      <w:r>
        <w:rPr>
          <w:b/>
        </w:rPr>
        <w:t xml:space="preserve"> del programa académico:</w:t>
      </w:r>
    </w:p>
    <w:p w14:paraId="03B92417" w14:textId="1CA26A69" w:rsidR="007328F9" w:rsidRDefault="007328F9" w:rsidP="007328F9">
      <w:r>
        <w:t>______________________________________________________________</w:t>
      </w:r>
      <w:r w:rsidR="00FC55D0">
        <w:t>_____________________</w:t>
      </w:r>
    </w:p>
    <w:p w14:paraId="70AA4884" w14:textId="0356AD2E" w:rsidR="007328F9" w:rsidRDefault="007328F9" w:rsidP="007328F9">
      <w:r>
        <w:rPr>
          <w:rFonts w:ascii="Segoe UI Symbol" w:hAnsi="Segoe UI Symbol" w:cs="Segoe UI Symbol"/>
        </w:rPr>
        <w:t>☐</w:t>
      </w:r>
      <w:r>
        <w:t xml:space="preserve"> </w:t>
      </w:r>
      <w:r w:rsidRPr="00240CB3">
        <w:rPr>
          <w:b/>
          <w:bCs/>
        </w:rPr>
        <w:t>Cambio de docentes</w:t>
      </w:r>
      <w:r>
        <w:rPr>
          <w:b/>
        </w:rPr>
        <w:t>:</w:t>
      </w:r>
    </w:p>
    <w:p w14:paraId="4FACD8B4" w14:textId="4294DB46" w:rsidR="007328F9" w:rsidRDefault="007328F9" w:rsidP="007328F9">
      <w:r>
        <w:lastRenderedPageBreak/>
        <w:t>______________________________________________________________</w:t>
      </w:r>
      <w:r w:rsidR="00FC55D0">
        <w:t>_____________________</w:t>
      </w:r>
    </w:p>
    <w:p w14:paraId="350248D5" w14:textId="251511FB" w:rsidR="007328F9" w:rsidRDefault="007328F9" w:rsidP="007328F9">
      <w:r>
        <w:rPr>
          <w:rFonts w:ascii="Segoe UI Symbol" w:hAnsi="Segoe UI Symbol" w:cs="Segoe UI Symbol"/>
        </w:rPr>
        <w:t>☐</w:t>
      </w:r>
      <w:r>
        <w:t xml:space="preserve"> </w:t>
      </w:r>
      <w:r w:rsidRPr="00240CB3">
        <w:rPr>
          <w:b/>
          <w:bCs/>
        </w:rPr>
        <w:t>Novedad presu</w:t>
      </w:r>
      <w:r>
        <w:rPr>
          <w:b/>
        </w:rPr>
        <w:t>puestal:</w:t>
      </w:r>
    </w:p>
    <w:p w14:paraId="33B0EC3F" w14:textId="2FF80B76" w:rsidR="007328F9" w:rsidRDefault="007328F9" w:rsidP="007328F9">
      <w:r>
        <w:t>______________________________________________________________</w:t>
      </w:r>
      <w:r w:rsidR="00FC55D0">
        <w:t>_____________________</w:t>
      </w:r>
    </w:p>
    <w:p w14:paraId="2563F0B3" w14:textId="30C95A0B" w:rsidR="007328F9" w:rsidRDefault="007328F9" w:rsidP="007328F9">
      <w:r>
        <w:rPr>
          <w:rFonts w:ascii="Segoe UI Symbol" w:hAnsi="Segoe UI Symbol" w:cs="Segoe UI Symbol"/>
        </w:rPr>
        <w:t>☐</w:t>
      </w:r>
      <w:r>
        <w:t xml:space="preserve"> </w:t>
      </w:r>
      <w:r w:rsidRPr="00240CB3">
        <w:rPr>
          <w:b/>
          <w:bCs/>
        </w:rPr>
        <w:t>Otra novedad</w:t>
      </w:r>
      <w:r>
        <w:rPr>
          <w:b/>
        </w:rPr>
        <w:t>:</w:t>
      </w:r>
    </w:p>
    <w:p w14:paraId="0615C545" w14:textId="141CBFD5" w:rsidR="007328F9" w:rsidRDefault="007328F9" w:rsidP="007328F9">
      <w:r>
        <w:t>______________________________________________________________</w:t>
      </w:r>
      <w:r w:rsidR="00FC55D0">
        <w:t>_____________________</w:t>
      </w:r>
    </w:p>
    <w:p w14:paraId="0C3D8B10" w14:textId="2C4D8C67" w:rsidR="007328F9" w:rsidRDefault="007328F9" w:rsidP="007328F9">
      <w:pPr>
        <w:pStyle w:val="Ttulo2"/>
      </w:pPr>
      <w:r>
        <w:t>2. Soportes y Observaciones</w:t>
      </w:r>
    </w:p>
    <w:p w14:paraId="300C919F" w14:textId="40072D57" w:rsidR="007328F9" w:rsidRDefault="007328F9" w:rsidP="007328F9">
      <w:r>
        <w:t>________________________________________________________________________</w:t>
      </w:r>
      <w:r w:rsidR="00FC55D0">
        <w:t>___________</w:t>
      </w:r>
    </w:p>
    <w:p w14:paraId="6D3B4C10" w14:textId="7BC9CF01" w:rsidR="007328F9" w:rsidRDefault="007328F9" w:rsidP="007328F9">
      <w:r>
        <w:t>________________________________________________________________________</w:t>
      </w:r>
      <w:r w:rsidR="00FC55D0">
        <w:t>___________</w:t>
      </w:r>
    </w:p>
    <w:p w14:paraId="74DC22FF" w14:textId="2116AD52" w:rsidR="007328F9" w:rsidRDefault="007328F9" w:rsidP="007328F9">
      <w:pPr>
        <w:pStyle w:val="Ttulo2"/>
      </w:pPr>
      <w:r>
        <w:t>3. Firmas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328F9" w14:paraId="650AF977" w14:textId="77777777" w:rsidTr="008E69F6">
        <w:tc>
          <w:tcPr>
            <w:tcW w:w="4320" w:type="dxa"/>
          </w:tcPr>
          <w:p w14:paraId="3506E176" w14:textId="77777777" w:rsidR="00017625" w:rsidRDefault="00017625" w:rsidP="008E69F6"/>
          <w:p w14:paraId="3C378946" w14:textId="39ACCB7A" w:rsidR="007328F9" w:rsidRDefault="007328F9" w:rsidP="008E69F6">
            <w:r>
              <w:t>Coordinador de Extensión de la Facultad</w:t>
            </w:r>
          </w:p>
        </w:tc>
        <w:tc>
          <w:tcPr>
            <w:tcW w:w="4320" w:type="dxa"/>
          </w:tcPr>
          <w:p w14:paraId="102742A2" w14:textId="77777777" w:rsidR="00017625" w:rsidRDefault="00017625" w:rsidP="008E69F6"/>
          <w:p w14:paraId="399A06FD" w14:textId="6404330C" w:rsidR="007328F9" w:rsidRDefault="007328F9" w:rsidP="008E69F6">
            <w:r>
              <w:t>Representante de la Facultad o Dependencia</w:t>
            </w:r>
          </w:p>
        </w:tc>
      </w:tr>
      <w:tr w:rsidR="007328F9" w14:paraId="7136393B" w14:textId="77777777" w:rsidTr="008E69F6">
        <w:tc>
          <w:tcPr>
            <w:tcW w:w="4320" w:type="dxa"/>
          </w:tcPr>
          <w:p w14:paraId="6CAF920C" w14:textId="77777777" w:rsidR="007328F9" w:rsidRDefault="007328F9" w:rsidP="008E69F6"/>
          <w:p w14:paraId="04EC9E5F" w14:textId="77777777" w:rsidR="007328F9" w:rsidRDefault="007328F9" w:rsidP="008E69F6"/>
          <w:p w14:paraId="66701F39" w14:textId="77777777" w:rsidR="007328F9" w:rsidRDefault="007328F9" w:rsidP="008E69F6"/>
          <w:p w14:paraId="71113719" w14:textId="04846700" w:rsidR="007328F9" w:rsidRDefault="007328F9" w:rsidP="008E69F6">
            <w:r>
              <w:t>Firma: ____________________________</w:t>
            </w:r>
          </w:p>
        </w:tc>
        <w:tc>
          <w:tcPr>
            <w:tcW w:w="4320" w:type="dxa"/>
          </w:tcPr>
          <w:p w14:paraId="7822AF91" w14:textId="77777777" w:rsidR="007328F9" w:rsidRDefault="007328F9" w:rsidP="008E69F6"/>
          <w:p w14:paraId="1CAB8FF0" w14:textId="77777777" w:rsidR="007328F9" w:rsidRDefault="007328F9" w:rsidP="008E69F6"/>
          <w:p w14:paraId="134D5DCD" w14:textId="77777777" w:rsidR="007328F9" w:rsidRDefault="007328F9" w:rsidP="008E69F6"/>
          <w:p w14:paraId="3C7BB75D" w14:textId="7CBDAAC6" w:rsidR="007328F9" w:rsidRDefault="007328F9" w:rsidP="008E69F6">
            <w:r>
              <w:t>Firma: ____________________________</w:t>
            </w:r>
          </w:p>
        </w:tc>
      </w:tr>
    </w:tbl>
    <w:p w14:paraId="2D3FE52E" w14:textId="77777777" w:rsidR="007328F9" w:rsidRDefault="007328F9" w:rsidP="007328F9">
      <w:pPr>
        <w:rPr>
          <w:b/>
        </w:rPr>
      </w:pPr>
    </w:p>
    <w:p w14:paraId="76707047" w14:textId="77777777" w:rsidR="007328F9" w:rsidRDefault="007328F9">
      <w:pPr>
        <w:pStyle w:val="Instrucciones"/>
      </w:pPr>
    </w:p>
    <w:p w14:paraId="053857DE" w14:textId="77777777" w:rsidR="007328F9" w:rsidRDefault="007328F9">
      <w:pPr>
        <w:pStyle w:val="Instrucciones"/>
      </w:pPr>
    </w:p>
    <w:sectPr w:rsidR="007328F9" w:rsidSect="004D7E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531" w:bottom="1440" w:left="1531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50602" w14:textId="77777777" w:rsidR="003D35B4" w:rsidRPr="00DD1D6F" w:rsidRDefault="003D35B4" w:rsidP="008928B7">
      <w:pPr>
        <w:spacing w:after="0" w:line="240" w:lineRule="auto"/>
      </w:pPr>
      <w:r w:rsidRPr="00DD1D6F">
        <w:separator/>
      </w:r>
    </w:p>
  </w:endnote>
  <w:endnote w:type="continuationSeparator" w:id="0">
    <w:p w14:paraId="50652307" w14:textId="77777777" w:rsidR="003D35B4" w:rsidRPr="00DD1D6F" w:rsidRDefault="003D35B4" w:rsidP="008928B7">
      <w:pPr>
        <w:spacing w:after="0" w:line="240" w:lineRule="auto"/>
      </w:pPr>
      <w:r w:rsidRPr="00DD1D6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ffy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94062" w14:textId="77777777" w:rsidR="000D12A2" w:rsidRDefault="000D12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8324084"/>
      <w:docPartObj>
        <w:docPartGallery w:val="Page Numbers (Bottom of Page)"/>
        <w:docPartUnique/>
      </w:docPartObj>
    </w:sdtPr>
    <w:sdtContent>
      <w:p w14:paraId="7B507879" w14:textId="54594918" w:rsidR="002C66F2" w:rsidRDefault="002C66F2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41A81B4" w14:textId="77777777" w:rsidR="002C66F2" w:rsidRDefault="002C66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86225" w14:textId="77777777" w:rsidR="000D12A2" w:rsidRDefault="000D12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1CF27" w14:textId="77777777" w:rsidR="003D35B4" w:rsidRPr="00DD1D6F" w:rsidRDefault="003D35B4" w:rsidP="008928B7">
      <w:pPr>
        <w:spacing w:after="0" w:line="240" w:lineRule="auto"/>
      </w:pPr>
      <w:r w:rsidRPr="00DD1D6F">
        <w:separator/>
      </w:r>
    </w:p>
  </w:footnote>
  <w:footnote w:type="continuationSeparator" w:id="0">
    <w:p w14:paraId="7259485C" w14:textId="77777777" w:rsidR="003D35B4" w:rsidRPr="00DD1D6F" w:rsidRDefault="003D35B4" w:rsidP="008928B7">
      <w:pPr>
        <w:spacing w:after="0" w:line="240" w:lineRule="auto"/>
      </w:pPr>
      <w:r w:rsidRPr="00DD1D6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D5BA9" w14:textId="77777777" w:rsidR="000D12A2" w:rsidRDefault="000D12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70" w:type="pct"/>
      <w:tblCellSpacing w:w="15" w:type="dxa"/>
      <w:tblInd w:w="-527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Layout w:type="fixed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411"/>
      <w:gridCol w:w="2220"/>
      <w:gridCol w:w="3473"/>
      <w:gridCol w:w="2102"/>
    </w:tblGrid>
    <w:tr w:rsidR="00D45415" w14:paraId="20E93813" w14:textId="77777777" w:rsidTr="00D45415">
      <w:trPr>
        <w:cantSplit/>
        <w:tblCellSpacing w:w="15" w:type="dxa"/>
      </w:trPr>
      <w:tc>
        <w:tcPr>
          <w:tcW w:w="1159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6DD63EDC" w14:textId="77777777" w:rsidR="00D45415" w:rsidRDefault="00D45415" w:rsidP="00D45415">
          <w:pPr>
            <w:pStyle w:val="NormalWeb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 wp14:anchorId="599AD9EC" wp14:editId="134D4BE5">
                <wp:simplePos x="0" y="0"/>
                <wp:positionH relativeFrom="column">
                  <wp:posOffset>222885</wp:posOffset>
                </wp:positionH>
                <wp:positionV relativeFrom="paragraph">
                  <wp:posOffset>-21590</wp:posOffset>
                </wp:positionV>
                <wp:extent cx="1590675" cy="1541145"/>
                <wp:effectExtent l="0" t="0" r="0" b="0"/>
                <wp:wrapSquare wrapText="bothSides"/>
                <wp:docPr id="1" name="y4nCG8cFratzr1Y5" descr="ChatGPT Image 16 feb 2026, 02_54_58 p.m..png (2.13 M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4nCG8cFratzr1Y5" descr="ChatGPT Image 16 feb 2026, 02_54_58 p.m..png (2.13 MB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587" t="618" r="4266" b="-6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073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74763E2" w14:textId="28B2BF9F" w:rsidR="00684A2E" w:rsidRDefault="00684A2E" w:rsidP="00D45415">
          <w:pPr>
            <w:rPr>
              <w:rFonts w:ascii="Open Sans" w:eastAsia="Times New Roman" w:hAnsi="Open Sans" w:cs="Open Sans"/>
              <w:noProof/>
            </w:rPr>
          </w:pPr>
          <w:r>
            <w:rPr>
              <w:rFonts w:ascii="Open Sans" w:eastAsia="Times New Roman" w:hAnsi="Open Sans" w:cs="Open Sans"/>
              <w:noProof/>
            </w:rPr>
            <w:drawing>
              <wp:anchor distT="0" distB="0" distL="114300" distR="114300" simplePos="0" relativeHeight="251658240" behindDoc="1" locked="0" layoutInCell="1" allowOverlap="1" wp14:anchorId="3BC4A518" wp14:editId="5D4EFB6F">
                <wp:simplePos x="0" y="0"/>
                <wp:positionH relativeFrom="column">
                  <wp:posOffset>151130</wp:posOffset>
                </wp:positionH>
                <wp:positionV relativeFrom="paragraph">
                  <wp:posOffset>358775</wp:posOffset>
                </wp:positionV>
                <wp:extent cx="1123950" cy="1290955"/>
                <wp:effectExtent l="0" t="0" r="0" b="0"/>
                <wp:wrapTight wrapText="bothSides">
                  <wp:wrapPolygon edited="0">
                    <wp:start x="8420" y="0"/>
                    <wp:lineTo x="6590" y="637"/>
                    <wp:lineTo x="2197" y="4144"/>
                    <wp:lineTo x="2197" y="14343"/>
                    <wp:lineTo x="2563" y="15618"/>
                    <wp:lineTo x="4393" y="16256"/>
                    <wp:lineTo x="5858" y="19124"/>
                    <wp:lineTo x="15376" y="19124"/>
                    <wp:lineTo x="17207" y="15937"/>
                    <wp:lineTo x="19403" y="15618"/>
                    <wp:lineTo x="19403" y="4462"/>
                    <wp:lineTo x="15010" y="956"/>
                    <wp:lineTo x="12814" y="0"/>
                    <wp:lineTo x="8420" y="0"/>
                  </wp:wrapPolygon>
                </wp:wrapTight>
                <wp:docPr id="2" name="9eSSGI9LbMEbRd3D" descr="propuesta gestion de calidad_Mesa de trabajo 1-05 (3).png (1.16 M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eSSGI9LbMEbRd3D" descr="propuesta gestion de calidad_Mesa de trabajo 1-05 (3).png (1.16 MB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F3682B2" w14:textId="643036CA" w:rsidR="00D45415" w:rsidRDefault="00D45415" w:rsidP="00D45415">
          <w:pPr>
            <w:rPr>
              <w:rFonts w:ascii="Open Sans" w:eastAsia="Times New Roman" w:hAnsi="Open Sans" w:cs="Open Sans"/>
            </w:rPr>
          </w:pPr>
          <w:r>
            <w:rPr>
              <w:rFonts w:ascii="Open Sans" w:eastAsia="Times New Roman" w:hAnsi="Open Sans" w:cs="Open Sans"/>
            </w:rPr>
            <w:t> </w:t>
          </w:r>
        </w:p>
      </w:tc>
      <w:tc>
        <w:tcPr>
          <w:tcW w:w="1687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7940BB68" w14:textId="0DD0DD6F" w:rsidR="00D45415" w:rsidRDefault="00D45415" w:rsidP="00D45415">
          <w:pPr>
            <w:pStyle w:val="NormalWeb"/>
            <w:jc w:val="center"/>
            <w:rPr>
              <w:rFonts w:ascii="Open Sans" w:hAnsi="Open Sans" w:cs="Open Sans"/>
            </w:rPr>
          </w:pPr>
          <w:r>
            <w:rPr>
              <w:rStyle w:val="Fuerte"/>
              <w:rFonts w:ascii="Arial" w:hAnsi="Arial" w:cs="Arial"/>
              <w:color w:val="000000"/>
              <w:sz w:val="20"/>
              <w:szCs w:val="20"/>
            </w:rPr>
            <w:t>FORMATO</w:t>
          </w:r>
        </w:p>
        <w:p w14:paraId="43626F54" w14:textId="33C0DDA6" w:rsidR="00D45415" w:rsidRDefault="000D12A2" w:rsidP="00D45415">
          <w:pPr>
            <w:pStyle w:val="NormalWeb"/>
            <w:jc w:val="center"/>
            <w:rPr>
              <w:rFonts w:ascii="Open Sans" w:hAnsi="Open Sans" w:cs="Open Sans"/>
            </w:rPr>
          </w:pPr>
          <w:r>
            <w:rPr>
              <w:rStyle w:val="Fuerte"/>
              <w:rFonts w:ascii="Arial" w:hAnsi="Arial" w:cs="Arial"/>
              <w:color w:val="000000"/>
              <w:sz w:val="20"/>
              <w:szCs w:val="20"/>
            </w:rPr>
            <w:t>PRESENTACIÓN DE EVENTOS DE FORMACIÓN</w:t>
          </w:r>
        </w:p>
      </w:tc>
      <w:tc>
        <w:tcPr>
          <w:tcW w:w="1008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3255CEBF" w14:textId="28B89124" w:rsidR="00D45415" w:rsidRDefault="00D45415" w:rsidP="00D45415">
          <w:pPr>
            <w:jc w:val="center"/>
            <w:rPr>
              <w:rFonts w:ascii="Open Sans" w:eastAsia="Times New Roman" w:hAnsi="Open Sans" w:cs="Open Sans"/>
            </w:rPr>
          </w:pPr>
          <w:r>
            <w:rPr>
              <w:rStyle w:val="Fuerte"/>
              <w:rFonts w:ascii="Arial" w:eastAsia="Times New Roman" w:hAnsi="Arial" w:cs="Arial"/>
              <w:color w:val="000000"/>
              <w:sz w:val="20"/>
              <w:szCs w:val="20"/>
            </w:rPr>
            <w:t>CODIGO:  R-ED006</w:t>
          </w:r>
        </w:p>
      </w:tc>
    </w:tr>
    <w:tr w:rsidR="00D45415" w14:paraId="4410F52F" w14:textId="77777777" w:rsidTr="00684A2E">
      <w:trPr>
        <w:cantSplit/>
        <w:trHeight w:val="1930"/>
        <w:tblCellSpacing w:w="15" w:type="dxa"/>
      </w:trPr>
      <w:tc>
        <w:tcPr>
          <w:tcW w:w="1159" w:type="pct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2E18FDB5" w14:textId="77777777" w:rsidR="00D45415" w:rsidRDefault="00D45415" w:rsidP="00D45415">
          <w:pPr>
            <w:rPr>
              <w:rFonts w:ascii="Open Sans" w:hAnsi="Open Sans" w:cs="Open Sans"/>
              <w:sz w:val="24"/>
              <w:szCs w:val="24"/>
            </w:rPr>
          </w:pPr>
        </w:p>
      </w:tc>
      <w:tc>
        <w:tcPr>
          <w:tcW w:w="1073" w:type="pct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0FC9C334" w14:textId="77777777" w:rsidR="00D45415" w:rsidRDefault="00D45415" w:rsidP="00D45415">
          <w:pPr>
            <w:rPr>
              <w:rFonts w:ascii="Open Sans" w:eastAsia="Times New Roman" w:hAnsi="Open Sans" w:cs="Open Sans"/>
              <w:sz w:val="24"/>
              <w:szCs w:val="24"/>
            </w:rPr>
          </w:pPr>
        </w:p>
      </w:tc>
      <w:tc>
        <w:tcPr>
          <w:tcW w:w="1687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A524914" w14:textId="4BA4CD1F" w:rsidR="00D45415" w:rsidRDefault="00D45415" w:rsidP="00D45415">
          <w:pPr>
            <w:pStyle w:val="NormalWeb"/>
            <w:jc w:val="center"/>
            <w:rPr>
              <w:rFonts w:ascii="Open Sans" w:hAnsi="Open Sans" w:cs="Open Sans"/>
            </w:rPr>
          </w:pPr>
          <w:r>
            <w:rPr>
              <w:rStyle w:val="Fuerte"/>
              <w:rFonts w:ascii="Arial" w:hAnsi="Arial" w:cs="Arial"/>
              <w:color w:val="000000"/>
              <w:sz w:val="20"/>
              <w:szCs w:val="20"/>
            </w:rPr>
            <w:t>PROCESO</w:t>
          </w:r>
        </w:p>
        <w:p w14:paraId="51CA5E07" w14:textId="20C86A84" w:rsidR="00D45415" w:rsidRDefault="00D45415" w:rsidP="00D45415">
          <w:pPr>
            <w:pStyle w:val="NormalWeb"/>
            <w:jc w:val="center"/>
            <w:rPr>
              <w:rFonts w:ascii="Open Sans" w:hAnsi="Open Sans" w:cs="Open Sans"/>
            </w:rPr>
          </w:pPr>
          <w:r>
            <w:rPr>
              <w:rStyle w:val="queryelement"/>
              <w:rFonts w:ascii="Arial" w:hAnsi="Arial" w:cs="Arial"/>
              <w:b/>
              <w:bCs/>
              <w:color w:val="000000"/>
              <w:sz w:val="20"/>
              <w:szCs w:val="20"/>
            </w:rPr>
            <w:t>Educación Continuada</w:t>
          </w:r>
        </w:p>
      </w:tc>
      <w:tc>
        <w:tcPr>
          <w:tcW w:w="1008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7E4ECA0" w14:textId="017D5887" w:rsidR="00D45415" w:rsidRDefault="00D45415" w:rsidP="00D45415">
          <w:pPr>
            <w:jc w:val="center"/>
            <w:rPr>
              <w:rStyle w:val="Fuerte"/>
              <w:rFonts w:ascii="Arial" w:eastAsia="Times New Roman" w:hAnsi="Arial" w:cs="Arial"/>
              <w:color w:val="000000"/>
              <w:sz w:val="20"/>
              <w:szCs w:val="20"/>
            </w:rPr>
          </w:pPr>
          <w:r>
            <w:rPr>
              <w:rStyle w:val="Fuerte"/>
              <w:rFonts w:ascii="Arial" w:eastAsia="Times New Roman" w:hAnsi="Arial" w:cs="Arial"/>
              <w:color w:val="000000"/>
              <w:sz w:val="20"/>
              <w:szCs w:val="20"/>
            </w:rPr>
            <w:t>VERSION No. 01</w:t>
          </w:r>
          <w:r w:rsidR="00572476">
            <w:rPr>
              <w:rStyle w:val="Fuerte"/>
              <w:rFonts w:ascii="Arial" w:eastAsia="Times New Roman" w:hAnsi="Arial" w:cs="Arial"/>
              <w:color w:val="000000"/>
              <w:sz w:val="20"/>
              <w:szCs w:val="20"/>
            </w:rPr>
            <w:t>2</w:t>
          </w:r>
        </w:p>
        <w:p w14:paraId="5B86239C" w14:textId="50E4336D" w:rsidR="00D45415" w:rsidRDefault="00D45415" w:rsidP="00D45415">
          <w:pPr>
            <w:jc w:val="center"/>
            <w:rPr>
              <w:rFonts w:ascii="Open Sans" w:eastAsia="Times New Roman" w:hAnsi="Open Sans" w:cs="Open Sans"/>
            </w:rPr>
          </w:pPr>
          <w:r w:rsidRPr="00D45415">
            <w:rPr>
              <w:rStyle w:val="Fuerte"/>
              <w:rFonts w:ascii="Arial" w:hAnsi="Arial" w:cs="Arial"/>
              <w:color w:val="000000"/>
              <w:sz w:val="20"/>
              <w:szCs w:val="20"/>
            </w:rPr>
            <w:t>FECHA: 23/02/2026</w:t>
          </w:r>
        </w:p>
      </w:tc>
    </w:tr>
  </w:tbl>
  <w:p w14:paraId="0D1B8680" w14:textId="7E877CDE" w:rsidR="008928B7" w:rsidRPr="00DD1D6F" w:rsidRDefault="008928B7" w:rsidP="00DA3819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7D3E" w14:textId="77777777" w:rsidR="000D12A2" w:rsidRDefault="000D12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33552251">
    <w:abstractNumId w:val="8"/>
  </w:num>
  <w:num w:numId="2" w16cid:durableId="502210978">
    <w:abstractNumId w:val="6"/>
  </w:num>
  <w:num w:numId="3" w16cid:durableId="1723626703">
    <w:abstractNumId w:val="5"/>
  </w:num>
  <w:num w:numId="4" w16cid:durableId="1425808026">
    <w:abstractNumId w:val="4"/>
  </w:num>
  <w:num w:numId="5" w16cid:durableId="650524748">
    <w:abstractNumId w:val="7"/>
  </w:num>
  <w:num w:numId="6" w16cid:durableId="1501508207">
    <w:abstractNumId w:val="3"/>
  </w:num>
  <w:num w:numId="7" w16cid:durableId="1067917100">
    <w:abstractNumId w:val="2"/>
  </w:num>
  <w:num w:numId="8" w16cid:durableId="1326516538">
    <w:abstractNumId w:val="1"/>
  </w:num>
  <w:num w:numId="9" w16cid:durableId="1555311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B36"/>
    <w:rsid w:val="000130A7"/>
    <w:rsid w:val="000174CE"/>
    <w:rsid w:val="00017625"/>
    <w:rsid w:val="00033B3C"/>
    <w:rsid w:val="00034616"/>
    <w:rsid w:val="0004493D"/>
    <w:rsid w:val="0006063C"/>
    <w:rsid w:val="000722B8"/>
    <w:rsid w:val="00082BAA"/>
    <w:rsid w:val="00086D87"/>
    <w:rsid w:val="000D12A2"/>
    <w:rsid w:val="001060A5"/>
    <w:rsid w:val="00117F8C"/>
    <w:rsid w:val="0014784F"/>
    <w:rsid w:val="0015074B"/>
    <w:rsid w:val="0017061F"/>
    <w:rsid w:val="0019575F"/>
    <w:rsid w:val="001D71DC"/>
    <w:rsid w:val="001F26B7"/>
    <w:rsid w:val="001F29C3"/>
    <w:rsid w:val="00202AAC"/>
    <w:rsid w:val="00240CB3"/>
    <w:rsid w:val="00244EB8"/>
    <w:rsid w:val="0029639D"/>
    <w:rsid w:val="002C468C"/>
    <w:rsid w:val="002C66F2"/>
    <w:rsid w:val="00303A92"/>
    <w:rsid w:val="00315030"/>
    <w:rsid w:val="00326F90"/>
    <w:rsid w:val="00332CB1"/>
    <w:rsid w:val="00344CF0"/>
    <w:rsid w:val="00371A5F"/>
    <w:rsid w:val="00381ACC"/>
    <w:rsid w:val="003D35B4"/>
    <w:rsid w:val="003D663C"/>
    <w:rsid w:val="003E5D2B"/>
    <w:rsid w:val="003E6F26"/>
    <w:rsid w:val="00424219"/>
    <w:rsid w:val="00424832"/>
    <w:rsid w:val="004368E9"/>
    <w:rsid w:val="004771F9"/>
    <w:rsid w:val="004A1043"/>
    <w:rsid w:val="004A189E"/>
    <w:rsid w:val="004B27F2"/>
    <w:rsid w:val="004D7E3C"/>
    <w:rsid w:val="005020F6"/>
    <w:rsid w:val="00554E19"/>
    <w:rsid w:val="00572476"/>
    <w:rsid w:val="00583719"/>
    <w:rsid w:val="005B1851"/>
    <w:rsid w:val="005D35BC"/>
    <w:rsid w:val="006145B6"/>
    <w:rsid w:val="006336F0"/>
    <w:rsid w:val="0065353B"/>
    <w:rsid w:val="00684A2E"/>
    <w:rsid w:val="006938D9"/>
    <w:rsid w:val="006C6EB4"/>
    <w:rsid w:val="006F5EA3"/>
    <w:rsid w:val="007328F9"/>
    <w:rsid w:val="007C0A61"/>
    <w:rsid w:val="007D16E3"/>
    <w:rsid w:val="00815751"/>
    <w:rsid w:val="008928B7"/>
    <w:rsid w:val="008C53C3"/>
    <w:rsid w:val="008D4821"/>
    <w:rsid w:val="009011BC"/>
    <w:rsid w:val="00924B30"/>
    <w:rsid w:val="009706D9"/>
    <w:rsid w:val="0097130C"/>
    <w:rsid w:val="0099317D"/>
    <w:rsid w:val="009944FE"/>
    <w:rsid w:val="00A46CB3"/>
    <w:rsid w:val="00A6401A"/>
    <w:rsid w:val="00AA1D8D"/>
    <w:rsid w:val="00AB77F3"/>
    <w:rsid w:val="00B004DC"/>
    <w:rsid w:val="00B10F8F"/>
    <w:rsid w:val="00B11345"/>
    <w:rsid w:val="00B156F0"/>
    <w:rsid w:val="00B47730"/>
    <w:rsid w:val="00B94411"/>
    <w:rsid w:val="00BB49FB"/>
    <w:rsid w:val="00C0038A"/>
    <w:rsid w:val="00C164EE"/>
    <w:rsid w:val="00C204A8"/>
    <w:rsid w:val="00C32444"/>
    <w:rsid w:val="00C46320"/>
    <w:rsid w:val="00C667FB"/>
    <w:rsid w:val="00C91710"/>
    <w:rsid w:val="00CB0664"/>
    <w:rsid w:val="00D43586"/>
    <w:rsid w:val="00D45415"/>
    <w:rsid w:val="00D75F9A"/>
    <w:rsid w:val="00D95DA2"/>
    <w:rsid w:val="00DA3819"/>
    <w:rsid w:val="00DD1D6F"/>
    <w:rsid w:val="00E564E0"/>
    <w:rsid w:val="00EE6FDB"/>
    <w:rsid w:val="00EF72FD"/>
    <w:rsid w:val="00F557E5"/>
    <w:rsid w:val="00F61862"/>
    <w:rsid w:val="00FC55D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15CDFA"/>
  <w14:defaultImageDpi w14:val="300"/>
  <w15:docId w15:val="{0BDE7357-8C8C-4A02-8EC3-885FCA9A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4EE"/>
    <w:rPr>
      <w:rFonts w:ascii="Calibri" w:hAnsi="Calibri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ituloPlantilla">
    <w:name w:val="Titulo Plantilla"/>
    <w:pPr>
      <w:spacing w:after="120"/>
    </w:pPr>
    <w:rPr>
      <w:rFonts w:ascii="Calibri" w:hAnsi="Calibri"/>
      <w:b/>
      <w:sz w:val="40"/>
    </w:rPr>
  </w:style>
  <w:style w:type="paragraph" w:customStyle="1" w:styleId="EncabezadoSeccion">
    <w:name w:val="Encabezado Seccion"/>
    <w:pPr>
      <w:spacing w:before="240" w:after="120"/>
    </w:pPr>
    <w:rPr>
      <w:rFonts w:ascii="Calibri" w:hAnsi="Calibri"/>
      <w:b/>
      <w:color w:val="00467F"/>
      <w:sz w:val="28"/>
    </w:rPr>
  </w:style>
  <w:style w:type="paragraph" w:customStyle="1" w:styleId="Instrucciones">
    <w:name w:val="Instrucciones"/>
    <w:rPr>
      <w:rFonts w:ascii="Calibri" w:hAnsi="Calibri"/>
      <w:i/>
      <w:color w:val="646464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B94411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D454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O"/>
      <w14:ligatures w14:val="standardContextual"/>
    </w:rPr>
  </w:style>
  <w:style w:type="character" w:customStyle="1" w:styleId="queryelement">
    <w:name w:val="query_element"/>
    <w:basedOn w:val="Fuentedeprrafopredeter"/>
    <w:rsid w:val="00D45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94F93-1D00-45F3-9EB4-C706A47C5F17}"/>
      </w:docPartPr>
      <w:docPartBody>
        <w:p w:rsidR="00E449BA" w:rsidRDefault="003D0D7B">
          <w:r w:rsidRPr="00DE44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B79CB-1C3A-4A0B-96A5-0E1ED8EE24C0}"/>
      </w:docPartPr>
      <w:docPartBody>
        <w:p w:rsidR="00E449BA" w:rsidRDefault="003D0D7B">
          <w:r w:rsidRPr="00DE44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635F59D962C48DD9609B0554A85D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73FC7-45EE-4244-BF3A-3D125E09196E}"/>
      </w:docPartPr>
      <w:docPartBody>
        <w:p w:rsidR="00E449BA" w:rsidRDefault="003D0D7B" w:rsidP="003D0D7B">
          <w:pPr>
            <w:pStyle w:val="3635F59D962C48DD9609B0554A85D33E"/>
          </w:pPr>
          <w:r w:rsidRPr="00DE44A5">
            <w:rPr>
              <w:rStyle w:val="Textodelmarcadordeposicin"/>
            </w:rPr>
            <w:t>Elija un elemento.</w:t>
          </w:r>
        </w:p>
      </w:docPartBody>
    </w:docPart>
    <w:docPart>
      <w:docPartPr>
        <w:name w:val="DB717F1CF9754070BA96B704CB4E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E146B-B4FB-44C0-900E-A8126D615AD9}"/>
      </w:docPartPr>
      <w:docPartBody>
        <w:p w:rsidR="00E449BA" w:rsidRDefault="003D0D7B" w:rsidP="003D0D7B">
          <w:pPr>
            <w:pStyle w:val="DB717F1CF9754070BA96B704CB4E913C"/>
          </w:pPr>
          <w:r w:rsidRPr="0081250D">
            <w:rPr>
              <w:rStyle w:val="Textodelmarcadordeposicin"/>
            </w:rPr>
            <w:t>Elija un elemento.</w:t>
          </w:r>
        </w:p>
      </w:docPartBody>
    </w:docPart>
    <w:docPart>
      <w:docPartPr>
        <w:name w:val="88B3C77008804C4A9007530D45B86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3C1CC-4988-45B8-8BCE-447E6378267C}"/>
      </w:docPartPr>
      <w:docPartBody>
        <w:p w:rsidR="00E449BA" w:rsidRDefault="003D0D7B" w:rsidP="003D0D7B">
          <w:pPr>
            <w:pStyle w:val="88B3C77008804C4A9007530D45B86648"/>
          </w:pPr>
          <w:r w:rsidRPr="0081250D">
            <w:rPr>
              <w:rStyle w:val="Textodelmarcadordeposicin"/>
            </w:rPr>
            <w:t>Elija un elemento.</w:t>
          </w:r>
        </w:p>
      </w:docPartBody>
    </w:docPart>
    <w:docPart>
      <w:docPartPr>
        <w:name w:val="FAE2DBAF36464E91AC1957F34DE54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4FAEB-D094-41C3-965E-7DF0DFECE817}"/>
      </w:docPartPr>
      <w:docPartBody>
        <w:p w:rsidR="00E449BA" w:rsidRDefault="003D0D7B" w:rsidP="003D0D7B">
          <w:pPr>
            <w:pStyle w:val="FAE2DBAF36464E91AC1957F34DE54849"/>
          </w:pPr>
          <w:r w:rsidRPr="0081250D">
            <w:rPr>
              <w:rStyle w:val="Textodelmarcadordeposicin"/>
            </w:rPr>
            <w:t>Elija un elemento.</w:t>
          </w:r>
        </w:p>
      </w:docPartBody>
    </w:docPart>
    <w:docPart>
      <w:docPartPr>
        <w:name w:val="FD84A2D327514E5EB347F92B6D006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FD0BB-9B9F-4331-9A37-EB3587495400}"/>
      </w:docPartPr>
      <w:docPartBody>
        <w:p w:rsidR="00E449BA" w:rsidRDefault="003D0D7B" w:rsidP="003D0D7B">
          <w:pPr>
            <w:pStyle w:val="FD84A2D327514E5EB347F92B6D006AF5"/>
          </w:pPr>
          <w:r w:rsidRPr="00DE44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2BA38E4A964277AC72AD256AFF1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5FC7B-E620-4624-AFDC-2D1D1DBF0125}"/>
      </w:docPartPr>
      <w:docPartBody>
        <w:p w:rsidR="00E449BA" w:rsidRDefault="003D0D7B" w:rsidP="003D0D7B">
          <w:pPr>
            <w:pStyle w:val="232BA38E4A964277AC72AD256AFF1607"/>
          </w:pPr>
          <w:r w:rsidRPr="0081250D">
            <w:rPr>
              <w:rStyle w:val="Textodelmarcadordeposicin"/>
            </w:rPr>
            <w:t>Elija un elemento.</w:t>
          </w:r>
        </w:p>
      </w:docPartBody>
    </w:docPart>
    <w:docPart>
      <w:docPartPr>
        <w:name w:val="7020FE02F3C54DA78325DD5CB16C4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0E350-65E5-4524-AED7-76A571CEF229}"/>
      </w:docPartPr>
      <w:docPartBody>
        <w:p w:rsidR="00E449BA" w:rsidRDefault="003D0D7B" w:rsidP="003D0D7B">
          <w:pPr>
            <w:pStyle w:val="7020FE02F3C54DA78325DD5CB16C4D36"/>
          </w:pPr>
          <w:r w:rsidRPr="00B6104E">
            <w:rPr>
              <w:rStyle w:val="Textodelmarcadordeposicin"/>
            </w:rPr>
            <w:t>Elija un elemento.</w:t>
          </w:r>
        </w:p>
      </w:docPartBody>
    </w:docPart>
    <w:docPart>
      <w:docPartPr>
        <w:name w:val="E626C4EA17EB4AD1BDB92EE1F5F0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1430D-8D30-439E-9E42-168268DE96EC}"/>
      </w:docPartPr>
      <w:docPartBody>
        <w:p w:rsidR="00E449BA" w:rsidRDefault="003D0D7B" w:rsidP="003D0D7B">
          <w:pPr>
            <w:pStyle w:val="E626C4EA17EB4AD1BDB92EE1F5F0C845"/>
          </w:pPr>
          <w:r w:rsidRPr="00DE44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76194C0911544789BD59FEC914DF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027C4-DE06-4487-A7ED-BC4D22E25DDD}"/>
      </w:docPartPr>
      <w:docPartBody>
        <w:p w:rsidR="00E449BA" w:rsidRDefault="003D0D7B" w:rsidP="003D0D7B">
          <w:pPr>
            <w:pStyle w:val="976194C0911544789BD59FEC914DF823"/>
          </w:pPr>
          <w:r w:rsidRPr="00DE44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AC49CC8F66A4B07946FE7AEAEBF6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FDB7F-C5F0-4E27-BC83-78EDD463442F}"/>
      </w:docPartPr>
      <w:docPartBody>
        <w:p w:rsidR="00E449BA" w:rsidRDefault="003D0D7B" w:rsidP="003D0D7B">
          <w:pPr>
            <w:pStyle w:val="CAC49CC8F66A4B07946FE7AEAEBF6912"/>
          </w:pPr>
          <w:r w:rsidRPr="00DE44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F62BA27567040B5808F7121A5AF5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D8C36-1F00-4868-9D13-B48285C62DAD}"/>
      </w:docPartPr>
      <w:docPartBody>
        <w:p w:rsidR="00E449BA" w:rsidRDefault="003D0D7B" w:rsidP="003D0D7B">
          <w:pPr>
            <w:pStyle w:val="4F62BA27567040B5808F7121A5AF546A"/>
          </w:pPr>
          <w:r w:rsidRPr="00DE44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4048A3FC26484FA54EC29A0833A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F39F4-0718-490D-B7D2-65521793357B}"/>
      </w:docPartPr>
      <w:docPartBody>
        <w:p w:rsidR="00E449BA" w:rsidRDefault="003D0D7B" w:rsidP="003D0D7B">
          <w:pPr>
            <w:pStyle w:val="094048A3FC26484FA54EC29A0833AAE8"/>
          </w:pPr>
          <w:r w:rsidRPr="00DE44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85A68569324E73AB2BB5BEA90B7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382FC-C1CA-4808-9D5E-D00E6C4E9101}"/>
      </w:docPartPr>
      <w:docPartBody>
        <w:p w:rsidR="00E449BA" w:rsidRDefault="003D0D7B" w:rsidP="003D0D7B">
          <w:pPr>
            <w:pStyle w:val="7185A68569324E73AB2BB5BEA90B7C28"/>
          </w:pPr>
          <w:r w:rsidRPr="00DE44A5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ffy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7B"/>
    <w:rsid w:val="00002A6D"/>
    <w:rsid w:val="00064D3F"/>
    <w:rsid w:val="003A7672"/>
    <w:rsid w:val="003C54CA"/>
    <w:rsid w:val="003D0D7B"/>
    <w:rsid w:val="003D663C"/>
    <w:rsid w:val="00554E19"/>
    <w:rsid w:val="00583719"/>
    <w:rsid w:val="0065353B"/>
    <w:rsid w:val="00666919"/>
    <w:rsid w:val="006D02DE"/>
    <w:rsid w:val="008A7591"/>
    <w:rsid w:val="008D4821"/>
    <w:rsid w:val="009706D9"/>
    <w:rsid w:val="009944FE"/>
    <w:rsid w:val="009D3A89"/>
    <w:rsid w:val="00A46CB3"/>
    <w:rsid w:val="00B156F0"/>
    <w:rsid w:val="00C5628B"/>
    <w:rsid w:val="00D95DA2"/>
    <w:rsid w:val="00E449BA"/>
    <w:rsid w:val="00ED7236"/>
    <w:rsid w:val="00F557E5"/>
    <w:rsid w:val="00F9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D0D7B"/>
    <w:rPr>
      <w:color w:val="808080"/>
    </w:rPr>
  </w:style>
  <w:style w:type="paragraph" w:customStyle="1" w:styleId="3635F59D962C48DD9609B0554A85D33E">
    <w:name w:val="3635F59D962C48DD9609B0554A85D33E"/>
    <w:rsid w:val="003D0D7B"/>
  </w:style>
  <w:style w:type="paragraph" w:customStyle="1" w:styleId="DB717F1CF9754070BA96B704CB4E913C">
    <w:name w:val="DB717F1CF9754070BA96B704CB4E913C"/>
    <w:rsid w:val="003D0D7B"/>
  </w:style>
  <w:style w:type="paragraph" w:customStyle="1" w:styleId="88B3C77008804C4A9007530D45B86648">
    <w:name w:val="88B3C77008804C4A9007530D45B86648"/>
    <w:rsid w:val="003D0D7B"/>
  </w:style>
  <w:style w:type="paragraph" w:customStyle="1" w:styleId="FAE2DBAF36464E91AC1957F34DE54849">
    <w:name w:val="FAE2DBAF36464E91AC1957F34DE54849"/>
    <w:rsid w:val="003D0D7B"/>
  </w:style>
  <w:style w:type="paragraph" w:customStyle="1" w:styleId="FD84A2D327514E5EB347F92B6D006AF5">
    <w:name w:val="FD84A2D327514E5EB347F92B6D006AF5"/>
    <w:rsid w:val="003D0D7B"/>
  </w:style>
  <w:style w:type="paragraph" w:customStyle="1" w:styleId="232BA38E4A964277AC72AD256AFF1607">
    <w:name w:val="232BA38E4A964277AC72AD256AFF1607"/>
    <w:rsid w:val="003D0D7B"/>
  </w:style>
  <w:style w:type="paragraph" w:customStyle="1" w:styleId="7020FE02F3C54DA78325DD5CB16C4D36">
    <w:name w:val="7020FE02F3C54DA78325DD5CB16C4D36"/>
    <w:rsid w:val="003D0D7B"/>
  </w:style>
  <w:style w:type="paragraph" w:customStyle="1" w:styleId="E626C4EA17EB4AD1BDB92EE1F5F0C845">
    <w:name w:val="E626C4EA17EB4AD1BDB92EE1F5F0C845"/>
    <w:rsid w:val="003D0D7B"/>
  </w:style>
  <w:style w:type="paragraph" w:customStyle="1" w:styleId="976194C0911544789BD59FEC914DF823">
    <w:name w:val="976194C0911544789BD59FEC914DF823"/>
    <w:rsid w:val="003D0D7B"/>
  </w:style>
  <w:style w:type="paragraph" w:customStyle="1" w:styleId="CAC49CC8F66A4B07946FE7AEAEBF6912">
    <w:name w:val="CAC49CC8F66A4B07946FE7AEAEBF6912"/>
    <w:rsid w:val="003D0D7B"/>
  </w:style>
  <w:style w:type="paragraph" w:customStyle="1" w:styleId="4F62BA27567040B5808F7121A5AF546A">
    <w:name w:val="4F62BA27567040B5808F7121A5AF546A"/>
    <w:rsid w:val="003D0D7B"/>
  </w:style>
  <w:style w:type="paragraph" w:customStyle="1" w:styleId="094048A3FC26484FA54EC29A0833AAE8">
    <w:name w:val="094048A3FC26484FA54EC29A0833AAE8"/>
    <w:rsid w:val="003D0D7B"/>
  </w:style>
  <w:style w:type="paragraph" w:customStyle="1" w:styleId="7185A68569324E73AB2BB5BEA90B7C28">
    <w:name w:val="7185A68569324E73AB2BB5BEA90B7C28"/>
    <w:rsid w:val="003D0D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5538</Characters>
  <Application>Microsoft Office Word</Application>
  <DocSecurity>0</DocSecurity>
  <Lines>230</Lines>
  <Paragraphs>175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Isabella Davila Vanegas</cp:lastModifiedBy>
  <cp:revision>2</cp:revision>
  <cp:lastPrinted>2026-02-12T13:57:00Z</cp:lastPrinted>
  <dcterms:created xsi:type="dcterms:W3CDTF">2026-03-02T20:00:00Z</dcterms:created>
  <dcterms:modified xsi:type="dcterms:W3CDTF">2026-03-02T20:00:00Z</dcterms:modified>
  <cp:category/>
</cp:coreProperties>
</file>